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F985" w14:textId="77777777" w:rsidR="005743BD" w:rsidRDefault="005743BD">
      <w:pPr>
        <w:spacing w:after="2000"/>
      </w:pPr>
    </w:p>
    <w:p w14:paraId="680757AE" w14:textId="77777777" w:rsidR="005743BD" w:rsidRDefault="005B7A0E">
      <w:pPr>
        <w:pStyle w:val="Title"/>
        <w:jc w:val="center"/>
      </w:pPr>
      <w:r>
        <w:t>7 Steps to a</w:t>
      </w:r>
      <w:r>
        <w:br/>
        <w:t>Godly Marriage</w:t>
      </w:r>
    </w:p>
    <w:p w14:paraId="7CBB8B6B" w14:textId="77777777" w:rsidR="005743BD" w:rsidRDefault="005B7A0E">
      <w:pPr>
        <w:spacing w:after="1600"/>
        <w:jc w:val="center"/>
      </w:pPr>
      <w:r>
        <w:t>2nd Edition</w:t>
      </w:r>
    </w:p>
    <w:p w14:paraId="41E08693" w14:textId="77777777" w:rsidR="005743BD" w:rsidRDefault="005B7A0E">
      <w:pPr>
        <w:jc w:val="center"/>
      </w:pPr>
      <w:r>
        <w:t>by</w:t>
      </w:r>
    </w:p>
    <w:p w14:paraId="5D97953C" w14:textId="77777777" w:rsidR="005743BD" w:rsidRDefault="005B7A0E">
      <w:pPr>
        <w:jc w:val="center"/>
      </w:pPr>
      <w:r>
        <w:t>Stephanie A. Mayberry</w:t>
      </w:r>
    </w:p>
    <w:p w14:paraId="1B4504DA" w14:textId="77777777" w:rsidR="005743BD" w:rsidRDefault="005B7A0E">
      <w:r>
        <w:br w:type="page"/>
      </w:r>
    </w:p>
    <w:p w14:paraId="41D7E1CF" w14:textId="77777777" w:rsidR="005743BD" w:rsidRDefault="005B7A0E">
      <w:pPr>
        <w:spacing w:after="0" w:line="7840" w:lineRule="exact"/>
      </w:pPr>
      <w:r>
        <w:rPr>
          <w:sz w:val="2"/>
        </w:rPr>
        <w:lastRenderedPageBreak/>
        <w:t xml:space="preserve"> </w:t>
      </w:r>
    </w:p>
    <w:p w14:paraId="11FE8809" w14:textId="77777777" w:rsidR="005743BD" w:rsidRDefault="005B7A0E">
      <w:pPr>
        <w:keepNext/>
        <w:spacing w:after="0" w:line="240" w:lineRule="exact"/>
      </w:pPr>
      <w:r>
        <w:rPr>
          <w:sz w:val="20"/>
        </w:rPr>
        <w:t>7 Steps to a Godly Marriage</w:t>
      </w:r>
    </w:p>
    <w:p w14:paraId="6CB57FD5" w14:textId="77777777" w:rsidR="005743BD" w:rsidRDefault="005B7A0E">
      <w:pPr>
        <w:keepNext/>
        <w:spacing w:after="0" w:line="240" w:lineRule="exact"/>
      </w:pPr>
      <w:r>
        <w:rPr>
          <w:sz w:val="20"/>
        </w:rPr>
        <w:t>Copyright © 2010 by Stephanie A. Mayberry</w:t>
      </w:r>
    </w:p>
    <w:p w14:paraId="09F601EC" w14:textId="77777777" w:rsidR="005743BD" w:rsidRDefault="005B7A0E">
      <w:pPr>
        <w:keepNext/>
        <w:spacing w:after="0" w:line="240" w:lineRule="exact"/>
      </w:pPr>
      <w:r>
        <w:rPr>
          <w:sz w:val="20"/>
        </w:rPr>
        <w:t>2nd Edition © 2026 by Stephanie A. Mayberry</w:t>
      </w:r>
    </w:p>
    <w:p w14:paraId="3DB471CF" w14:textId="77777777" w:rsidR="005743BD" w:rsidRDefault="005B7A0E">
      <w:pPr>
        <w:keepNext/>
        <w:spacing w:after="0" w:line="240" w:lineRule="exact"/>
      </w:pPr>
      <w:r>
        <w:rPr>
          <w:sz w:val="20"/>
        </w:rPr>
        <w:t>All rights reserved. Except as permitted under the U.S. Copyright Act of 1976, no part of this publication may be reproduced, distributed, or transmitted in any form or by any means or stored in a database or retrieval system without the prior written permission of the publisher.</w:t>
      </w:r>
    </w:p>
    <w:p w14:paraId="4E7ED915" w14:textId="77777777" w:rsidR="005743BD" w:rsidRDefault="005B7A0E">
      <w:pPr>
        <w:keepNext/>
        <w:spacing w:after="0" w:line="240" w:lineRule="exact"/>
      </w:pPr>
      <w:r>
        <w:rPr>
          <w:sz w:val="20"/>
        </w:rPr>
        <w:t>Second Edition 2026</w:t>
      </w:r>
    </w:p>
    <w:p w14:paraId="735ACE05" w14:textId="792DFBBF" w:rsidR="005743BD" w:rsidRDefault="005B7A0E">
      <w:pPr>
        <w:keepNext/>
        <w:spacing w:after="0" w:line="240" w:lineRule="exact"/>
      </w:pPr>
      <w:r>
        <w:rPr>
          <w:sz w:val="20"/>
        </w:rPr>
        <w:t xml:space="preserve">ISBN </w:t>
      </w:r>
      <w:r w:rsidR="00BB2909" w:rsidRPr="00BB2909">
        <w:rPr>
          <w:sz w:val="20"/>
        </w:rPr>
        <w:t>9798163624782</w:t>
      </w:r>
    </w:p>
    <w:p w14:paraId="7D9E9C62" w14:textId="77777777" w:rsidR="005743BD" w:rsidRDefault="005B7A0E">
      <w:pPr>
        <w:keepNext/>
        <w:spacing w:after="0" w:line="240" w:lineRule="exact"/>
      </w:pPr>
      <w:r>
        <w:rPr>
          <w:sz w:val="20"/>
        </w:rPr>
        <w:t>Published by Stephanie A. Mayberry</w:t>
      </w:r>
    </w:p>
    <w:p w14:paraId="48E2647F" w14:textId="77777777" w:rsidR="005743BD" w:rsidRDefault="005B7A0E">
      <w:pPr>
        <w:keepNext/>
        <w:spacing w:after="0" w:line="240" w:lineRule="exact"/>
      </w:pPr>
      <w:r>
        <w:rPr>
          <w:sz w:val="20"/>
        </w:rPr>
        <w:t>Cover photograph by Olly Bennett</w:t>
      </w:r>
      <w:r>
        <w:rPr>
          <w:sz w:val="20"/>
        </w:rPr>
        <w:br/>
        <w:t>Cover design by Stephanie A. Mayberry</w:t>
      </w:r>
    </w:p>
    <w:p w14:paraId="30363095" w14:textId="77777777" w:rsidR="005743BD" w:rsidRDefault="005B7A0E">
      <w:pPr>
        <w:keepNext/>
        <w:spacing w:after="0" w:line="240" w:lineRule="exact"/>
      </w:pPr>
      <w:r>
        <w:rPr>
          <w:sz w:val="20"/>
        </w:rPr>
        <w:t>Scripture quotations are from the New King James Version® (NKJV), except where Scripture is summarized or discussed in the author’s own words.</w:t>
      </w:r>
    </w:p>
    <w:p w14:paraId="29F292CE" w14:textId="77777777" w:rsidR="005743BD" w:rsidRDefault="005B7A0E">
      <w:pPr>
        <w:keepNext/>
        <w:spacing w:after="0" w:line="240" w:lineRule="exact"/>
      </w:pPr>
      <w:r>
        <w:rPr>
          <w:sz w:val="20"/>
        </w:rPr>
        <w:t>Scripture taken from the New King James Version®. Copyright © 1982 by Thomas Nelson. Used by permission. All rights reserved.</w:t>
      </w:r>
    </w:p>
    <w:p w14:paraId="59F6B809" w14:textId="77777777" w:rsidR="005743BD" w:rsidRDefault="005743BD">
      <w:pPr>
        <w:sectPr w:rsidR="005743BD">
          <w:pgSz w:w="10080" w:h="14400"/>
          <w:pgMar w:top="1152" w:right="1152" w:bottom="1152" w:left="1296" w:header="504" w:footer="504" w:gutter="0"/>
          <w:cols w:space="720"/>
          <w:docGrid w:linePitch="360"/>
        </w:sectPr>
      </w:pPr>
    </w:p>
    <w:p w14:paraId="68FF0AE2" w14:textId="77777777" w:rsidR="005743BD" w:rsidRDefault="005B7A0E">
      <w:pPr>
        <w:pStyle w:val="Heading1"/>
      </w:pPr>
      <w:r>
        <w:lastRenderedPageBreak/>
        <w:t>Table of Contents</w:t>
      </w:r>
    </w:p>
    <w:p w14:paraId="1B51633C" w14:textId="77777777" w:rsidR="005743BD" w:rsidRDefault="005B7A0E">
      <w:pPr>
        <w:tabs>
          <w:tab w:val="right" w:leader="dot" w:pos="7632"/>
        </w:tabs>
        <w:spacing w:after="260"/>
      </w:pPr>
      <w:r>
        <w:rPr>
          <w:sz w:val="24"/>
        </w:rPr>
        <w:t>Introduction</w:t>
      </w:r>
      <w:r>
        <w:rPr>
          <w:sz w:val="24"/>
        </w:rPr>
        <w:tab/>
        <w:t>1</w:t>
      </w:r>
    </w:p>
    <w:p w14:paraId="1C58B430" w14:textId="77777777" w:rsidR="005743BD" w:rsidRDefault="005B7A0E">
      <w:pPr>
        <w:tabs>
          <w:tab w:val="right" w:leader="dot" w:pos="7632"/>
        </w:tabs>
        <w:spacing w:after="260"/>
      </w:pPr>
      <w:r>
        <w:rPr>
          <w:sz w:val="24"/>
        </w:rPr>
        <w:t>7. Recognize the enemy for who he is.</w:t>
      </w:r>
      <w:r>
        <w:rPr>
          <w:sz w:val="24"/>
        </w:rPr>
        <w:tab/>
        <w:t>5</w:t>
      </w:r>
    </w:p>
    <w:p w14:paraId="1205628B" w14:textId="77777777" w:rsidR="005743BD" w:rsidRDefault="005B7A0E">
      <w:pPr>
        <w:tabs>
          <w:tab w:val="right" w:leader="dot" w:pos="7632"/>
        </w:tabs>
        <w:spacing w:after="260"/>
      </w:pPr>
      <w:r>
        <w:rPr>
          <w:sz w:val="24"/>
        </w:rPr>
        <w:t>6. Learn what God wants from and for your marriage.</w:t>
      </w:r>
      <w:r>
        <w:rPr>
          <w:sz w:val="24"/>
        </w:rPr>
        <w:tab/>
        <w:t>15</w:t>
      </w:r>
    </w:p>
    <w:p w14:paraId="73A21E73" w14:textId="77777777" w:rsidR="005743BD" w:rsidRDefault="005B7A0E">
      <w:pPr>
        <w:tabs>
          <w:tab w:val="right" w:leader="dot" w:pos="7632"/>
        </w:tabs>
        <w:spacing w:after="260"/>
      </w:pPr>
      <w:r>
        <w:rPr>
          <w:sz w:val="24"/>
        </w:rPr>
        <w:t>5. Release yourself from selfishness.</w:t>
      </w:r>
      <w:r>
        <w:rPr>
          <w:sz w:val="24"/>
        </w:rPr>
        <w:tab/>
        <w:t>27</w:t>
      </w:r>
    </w:p>
    <w:p w14:paraId="2D770535" w14:textId="77777777" w:rsidR="005743BD" w:rsidRDefault="005B7A0E">
      <w:pPr>
        <w:tabs>
          <w:tab w:val="right" w:leader="dot" w:pos="7632"/>
        </w:tabs>
        <w:spacing w:after="260"/>
      </w:pPr>
      <w:r>
        <w:rPr>
          <w:sz w:val="24"/>
        </w:rPr>
        <w:t>4. Tackle things together.</w:t>
      </w:r>
      <w:r>
        <w:rPr>
          <w:sz w:val="24"/>
        </w:rPr>
        <w:tab/>
        <w:t>39</w:t>
      </w:r>
    </w:p>
    <w:p w14:paraId="4A0F9D97" w14:textId="77777777" w:rsidR="005743BD" w:rsidRDefault="005B7A0E">
      <w:pPr>
        <w:tabs>
          <w:tab w:val="right" w:leader="dot" w:pos="7632"/>
        </w:tabs>
        <w:spacing w:after="260"/>
      </w:pPr>
      <w:r>
        <w:rPr>
          <w:sz w:val="24"/>
        </w:rPr>
        <w:t>3. “Just Love” each other.</w:t>
      </w:r>
      <w:r>
        <w:rPr>
          <w:sz w:val="24"/>
        </w:rPr>
        <w:tab/>
        <w:t>49</w:t>
      </w:r>
    </w:p>
    <w:p w14:paraId="541D93CE" w14:textId="77777777" w:rsidR="005743BD" w:rsidRDefault="005B7A0E">
      <w:pPr>
        <w:tabs>
          <w:tab w:val="right" w:leader="dot" w:pos="7632"/>
        </w:tabs>
        <w:spacing w:after="260"/>
      </w:pPr>
      <w:r>
        <w:rPr>
          <w:sz w:val="24"/>
        </w:rPr>
        <w:t>2. Honor God together.</w:t>
      </w:r>
      <w:r>
        <w:rPr>
          <w:sz w:val="24"/>
        </w:rPr>
        <w:tab/>
        <w:t>61</w:t>
      </w:r>
    </w:p>
    <w:p w14:paraId="0DBC1989" w14:textId="77777777" w:rsidR="005743BD" w:rsidRDefault="005B7A0E">
      <w:pPr>
        <w:tabs>
          <w:tab w:val="right" w:leader="dot" w:pos="7632"/>
        </w:tabs>
        <w:spacing w:after="260"/>
      </w:pPr>
      <w:r>
        <w:rPr>
          <w:sz w:val="24"/>
        </w:rPr>
        <w:t>1. Keep God at the center of your marriage.</w:t>
      </w:r>
      <w:r>
        <w:rPr>
          <w:sz w:val="24"/>
        </w:rPr>
        <w:tab/>
        <w:t>73</w:t>
      </w:r>
    </w:p>
    <w:p w14:paraId="042C4C21" w14:textId="77777777" w:rsidR="005743BD" w:rsidRDefault="005B7A0E">
      <w:pPr>
        <w:tabs>
          <w:tab w:val="right" w:leader="dot" w:pos="7632"/>
        </w:tabs>
        <w:spacing w:after="260"/>
      </w:pPr>
      <w:r>
        <w:rPr>
          <w:sz w:val="24"/>
        </w:rPr>
        <w:t>Conclusion</w:t>
      </w:r>
      <w:r>
        <w:rPr>
          <w:sz w:val="24"/>
        </w:rPr>
        <w:tab/>
        <w:t>83</w:t>
      </w:r>
    </w:p>
    <w:p w14:paraId="327139AC" w14:textId="77777777" w:rsidR="005743BD" w:rsidRDefault="005B7A0E">
      <w:pPr>
        <w:tabs>
          <w:tab w:val="right" w:leader="dot" w:pos="7632"/>
        </w:tabs>
        <w:spacing w:after="260"/>
      </w:pPr>
      <w:r>
        <w:rPr>
          <w:sz w:val="24"/>
        </w:rPr>
        <w:t>A Marriage Inventory</w:t>
      </w:r>
      <w:r>
        <w:rPr>
          <w:sz w:val="24"/>
        </w:rPr>
        <w:tab/>
        <w:t>86</w:t>
      </w:r>
    </w:p>
    <w:p w14:paraId="3CBE515A" w14:textId="77777777" w:rsidR="005743BD" w:rsidRDefault="005B7A0E">
      <w:pPr>
        <w:tabs>
          <w:tab w:val="right" w:leader="dot" w:pos="7632"/>
        </w:tabs>
        <w:spacing w:after="260"/>
      </w:pPr>
      <w:r>
        <w:rPr>
          <w:sz w:val="24"/>
        </w:rPr>
        <w:t>About Stephanie A. Mayberry</w:t>
      </w:r>
      <w:r>
        <w:rPr>
          <w:sz w:val="24"/>
        </w:rPr>
        <w:tab/>
        <w:t>91</w:t>
      </w:r>
    </w:p>
    <w:p w14:paraId="6C43C9AD" w14:textId="77777777" w:rsidR="005743BD" w:rsidRDefault="005B7A0E">
      <w:r>
        <w:br w:type="page"/>
      </w:r>
    </w:p>
    <w:p w14:paraId="0D589FC1" w14:textId="77777777" w:rsidR="00C3140B" w:rsidRDefault="00C3140B">
      <w:pPr>
        <w:spacing w:after="200"/>
        <w:rPr>
          <w:rFonts w:cstheme="majorBidi"/>
          <w:b/>
          <w:bCs/>
          <w:sz w:val="42"/>
          <w:szCs w:val="28"/>
        </w:rPr>
        <w:sectPr w:rsidR="00C3140B">
          <w:footerReference w:type="default" r:id="rId8"/>
          <w:type w:val="oddPage"/>
          <w:pgSz w:w="10080" w:h="14400"/>
          <w:pgMar w:top="1152" w:right="1152" w:bottom="1152" w:left="1296" w:header="504" w:footer="504" w:gutter="0"/>
          <w:pgNumType w:fmt="lowerRoman" w:start="3"/>
          <w:cols w:space="720"/>
          <w:docGrid w:linePitch="360"/>
        </w:sectPr>
      </w:pPr>
    </w:p>
    <w:p w14:paraId="1993A301" w14:textId="77777777" w:rsidR="00C3140B" w:rsidRDefault="00C3140B">
      <w:pPr>
        <w:pStyle w:val="Heading1"/>
      </w:pPr>
    </w:p>
    <w:p w14:paraId="09EAE74A" w14:textId="77777777" w:rsidR="00C3140B" w:rsidRDefault="00C3140B">
      <w:pPr>
        <w:pStyle w:val="Heading1"/>
      </w:pPr>
    </w:p>
    <w:p w14:paraId="079054CC" w14:textId="77777777" w:rsidR="00C3140B" w:rsidRPr="00C3140B" w:rsidRDefault="00C3140B" w:rsidP="00C3140B"/>
    <w:p w14:paraId="412A237A" w14:textId="4FE11B8E" w:rsidR="005743BD" w:rsidRDefault="005B7A0E">
      <w:pPr>
        <w:pStyle w:val="Heading1"/>
      </w:pPr>
      <w:r>
        <w:t>Introduction</w:t>
      </w:r>
    </w:p>
    <w:p w14:paraId="089FC5FB" w14:textId="77777777" w:rsidR="005743BD" w:rsidRDefault="005B7A0E">
      <w:r>
        <w:t>A strong marriage takes more than two people who love each other. It takes a willingness to learn, to listen, to forgive, and sometimes to admit that you’re the one who needs to change. That last part isn’t always pleasant, but there’s a lot of growth on the other side of an honest look in the mirror.</w:t>
      </w:r>
    </w:p>
    <w:p w14:paraId="747AECAC" w14:textId="77777777" w:rsidR="005743BD" w:rsidRDefault="005B7A0E">
      <w:r>
        <w:t>Whether you’re preparing for marriage, have been married for years, or hope to marry someday, my prayer is that this book will help you understand what a marriage built on the Word can look like. There’s always something to learn, something to strengthen, and room to grow closer to your spouse and to God.</w:t>
      </w:r>
    </w:p>
    <w:p w14:paraId="2AD66F0F" w14:textId="77777777" w:rsidR="005743BD" w:rsidRDefault="005B7A0E">
      <w:r>
        <w:t>Before you begin, though, I want you to know that this book isn’t intended to be read over seven days and checked off your list. These are seven steps, but each one deserves time and attention. You may want to spend a week with each section, or you may find that you need longer. Read the Scriptures, consider the questions, pray, and give yourself time to put what you’re learning into practice. The goal is to let the Word work in you and in your marriage.</w:t>
      </w:r>
    </w:p>
    <w:p w14:paraId="7F6F4D90" w14:textId="77777777" w:rsidR="005743BD" w:rsidRDefault="005B7A0E">
      <w:r>
        <w:t>My husband and I serve together at Torah Observant Apostolics in Ponchatoula, Louisiana. Through our ministry, we help couples strengthen their marriages and learn to keep God at the center. I’m not a professional counselor. I’m a wife, a whole-Bible believer, and a woman who has learned some things the hard way. I’m still learning.</w:t>
      </w:r>
    </w:p>
    <w:p w14:paraId="6BFF9993" w14:textId="77777777" w:rsidR="005743BD" w:rsidRDefault="005B7A0E">
      <w:r>
        <w:lastRenderedPageBreak/>
        <w:t>When God placed this book on my heart, I wrestled with Him about it. I didn’t feel qualified to write it. But He’s more than qualified, and I’ve learned that when He gives you something to do, your best response is obedience. I often say, “God writes the books; I just hold the pen.” There were things He showed me while I was writing that I needed to apply to my own marriage. Sometimes the lesson reaches the person holding the pen before it ever reaches the reader.</w:t>
      </w:r>
    </w:p>
    <w:p w14:paraId="47B39DCE" w14:textId="77777777" w:rsidR="005743BD" w:rsidRDefault="005B7A0E">
      <w:r>
        <w:t>My husband and I are committed to living a holy life and allowing the whole Bible to shape our beliefs, our choices, and our marriage. That commitment reaches into how we speak to each other, how we handle disagreements, how we serve each other, and what we do when we get something wrong. It’s easy to talk about biblical marriage. Applying the Word when you’re tired, frustrated, or convinced that you’re right takes humility.</w:t>
      </w:r>
    </w:p>
    <w:p w14:paraId="50B9B5FC" w14:textId="77777777" w:rsidR="005743BD" w:rsidRDefault="005B7A0E">
      <w:r>
        <w:t>And yes, I’m speaking from experience.</w:t>
      </w:r>
    </w:p>
    <w:p w14:paraId="7F876FB1" w14:textId="77777777" w:rsidR="005743BD" w:rsidRDefault="005B7A0E">
      <w:r>
        <w:t>If you can, read this book with your spouse. Talk about what you notice in the Scriptures and what you recognize in your own marriage. Listen to each other. Resist the urge to collect things your spouse needs to hear while overlooking what God may be showing you about yourself. Ask Him, “What do You want me to see? Where do I need to grow? What would obedience look like here?”</w:t>
      </w:r>
    </w:p>
    <w:p w14:paraId="09D4CFC4" w14:textId="77777777" w:rsidR="005743BD" w:rsidRDefault="005B7A0E">
      <w:r>
        <w:t>If you’re reading on your own, you can still prayerfully examine your own heart and choices. You’re responsible for your part, and your spouse is responsible for theirs. A marriage involves two people, and one person can’t make every decision or do all the growing for both.</w:t>
      </w:r>
    </w:p>
    <w:p w14:paraId="44334C6C" w14:textId="77777777" w:rsidR="005743BD" w:rsidRDefault="005B7A0E">
      <w:r>
        <w:t>Throughout this book, I’ll encourage commitment, forgiveness, sacrifice, and unity. Those things matter deeply. So do truth, accountability, and safety. Nothing here asks you to excuse abuse or remain in danger. A holy marriage has no room for cruelty, coercion, or using Scripture to control another person.</w:t>
      </w:r>
    </w:p>
    <w:p w14:paraId="7F07AA3D" w14:textId="77777777" w:rsidR="005743BD" w:rsidRDefault="005B7A0E">
      <w:r>
        <w:lastRenderedPageBreak/>
        <w:t>My hope is that you’ll find encouragement here, along with some honest challenges and practical ways to strengthen your marriage. You don’t have to have everything figured out before you begin. Bring a willing heart, an open Bible, and a readiness to let God teach you.</w:t>
      </w:r>
    </w:p>
    <w:p w14:paraId="641AF2A6" w14:textId="77777777" w:rsidR="005743BD" w:rsidRDefault="005B7A0E">
      <w:r>
        <w:t>Remember, it’s a process. There are lessons along the way, and some of them take practice.</w:t>
      </w:r>
    </w:p>
    <w:p w14:paraId="78DBBA52" w14:textId="77777777" w:rsidR="005743BD" w:rsidRDefault="005B7A0E">
      <w:r>
        <w:t>Now, let’s begin.</w:t>
      </w:r>
    </w:p>
    <w:p w14:paraId="2087CAD6" w14:textId="77777777" w:rsidR="005743BD" w:rsidRDefault="005B7A0E" w:rsidP="00C3140B">
      <w:pPr>
        <w:spacing w:before="320" w:after="0"/>
        <w:jc w:val="center"/>
      </w:pPr>
      <w:r>
        <w:rPr>
          <w:noProof/>
        </w:rPr>
        <w:drawing>
          <wp:inline distT="0" distB="0" distL="0" distR="0" wp14:anchorId="1837F819" wp14:editId="363597F9">
            <wp:extent cx="658368" cy="5266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iage-coffee.png"/>
                    <pic:cNvPicPr/>
                  </pic:nvPicPr>
                  <pic:blipFill>
                    <a:blip r:embed="rId9"/>
                    <a:stretch>
                      <a:fillRect/>
                    </a:stretch>
                  </pic:blipFill>
                  <pic:spPr>
                    <a:xfrm>
                      <a:off x="0" y="0"/>
                      <a:ext cx="658368" cy="526694"/>
                    </a:xfrm>
                    <a:prstGeom prst="rect">
                      <a:avLst/>
                    </a:prstGeom>
                  </pic:spPr>
                </pic:pic>
              </a:graphicData>
            </a:graphic>
          </wp:inline>
        </w:drawing>
      </w:r>
    </w:p>
    <w:p w14:paraId="147D2EB7" w14:textId="77777777" w:rsidR="005743BD" w:rsidRDefault="005743BD">
      <w:pPr>
        <w:sectPr w:rsidR="005743BD">
          <w:footerReference w:type="default" r:id="rId10"/>
          <w:type w:val="oddPage"/>
          <w:pgSz w:w="10080" w:h="14400"/>
          <w:pgMar w:top="1152" w:right="1152" w:bottom="1152" w:left="1296" w:header="504" w:footer="504" w:gutter="0"/>
          <w:pgNumType w:start="1"/>
          <w:cols w:space="720"/>
          <w:docGrid w:linePitch="360"/>
        </w:sectPr>
      </w:pPr>
    </w:p>
    <w:p w14:paraId="30D9A0C3" w14:textId="42CDAD1F" w:rsidR="00C3140B" w:rsidRDefault="00C3140B">
      <w:pPr>
        <w:spacing w:after="200"/>
        <w:rPr>
          <w:rFonts w:cstheme="majorBidi"/>
          <w:b/>
          <w:bCs/>
          <w:sz w:val="42"/>
          <w:szCs w:val="28"/>
        </w:rPr>
      </w:pPr>
    </w:p>
    <w:p w14:paraId="1357CFAC" w14:textId="77777777" w:rsidR="00C3140B" w:rsidRDefault="00C3140B">
      <w:pPr>
        <w:pStyle w:val="Heading1"/>
      </w:pPr>
    </w:p>
    <w:p w14:paraId="23DA800C" w14:textId="77777777" w:rsidR="00C3140B" w:rsidRDefault="00C3140B">
      <w:pPr>
        <w:pStyle w:val="Heading1"/>
      </w:pPr>
    </w:p>
    <w:p w14:paraId="12476DA5" w14:textId="77777777" w:rsidR="00C3140B" w:rsidRDefault="00C3140B">
      <w:pPr>
        <w:pStyle w:val="Heading1"/>
      </w:pPr>
    </w:p>
    <w:p w14:paraId="40560CE9" w14:textId="106F20BB" w:rsidR="005743BD" w:rsidRDefault="005B7A0E">
      <w:pPr>
        <w:pStyle w:val="Heading1"/>
      </w:pPr>
      <w:r>
        <w:t>7. Recognize the enemy for who he is.</w:t>
      </w:r>
    </w:p>
    <w:p w14:paraId="403A13F9" w14:textId="77777777" w:rsidR="005743BD" w:rsidRDefault="005B7A0E">
      <w:r>
        <w:t>The enemy wants to destroy your marriage. A husband and wife who are committed to God, walking in obedience, and learning to love each other according to His Word are building something worth protecting. Your marriage affects your home, your children, and people you may never realize are watching.</w:t>
      </w:r>
    </w:p>
    <w:p w14:paraId="0F1CFC52" w14:textId="77777777" w:rsidR="005743BD" w:rsidRDefault="005B7A0E">
      <w:r>
        <w:t>Marriage is a type and shadow of our relationship with God. How a person acts in a marriage, how they treat their spouse, is very telling regarding the kind of relationship they have with God.</w:t>
      </w:r>
    </w:p>
    <w:p w14:paraId="6608867E" w14:textId="77777777" w:rsidR="005743BD" w:rsidRDefault="005B7A0E">
      <w:r>
        <w:t>That makes unity important. But it also makes discernment important, because you can’t fight effectively when you keep aiming at the wrong target.</w:t>
      </w:r>
    </w:p>
    <w:p w14:paraId="701C6C28" w14:textId="77777777" w:rsidR="005743BD" w:rsidRDefault="005B7A0E">
      <w:r>
        <w:t>Your spouse isn’t your enemy.</w:t>
      </w:r>
    </w:p>
    <w:p w14:paraId="0D6E3950" w14:textId="77777777" w:rsidR="005743BD" w:rsidRDefault="005B7A0E">
      <w:r>
        <w:t>That doesn’t mean your spouse is always right. It certainly doesn’t mean that every problem in your marriage is imaginary or that harmful behavior should be overlooked. It means that when a problem arises, you need to recognize what’s happening, take responsibility for your own actions, and work toward a resolution instead of trying to defeat each other.</w:t>
      </w:r>
    </w:p>
    <w:p w14:paraId="5899726D" w14:textId="77777777" w:rsidR="005743BD" w:rsidRDefault="005B7A0E">
      <w:r>
        <w:lastRenderedPageBreak/>
        <w:t>The serpent was subtle from the beginning. Genesis 3:1 tells us that he was more cunning than any beast of the field. He didn’t begin by announcing his intention to bring destruction into Adam and Eve’s lives. He began with a question that challenged what God had said.</w:t>
      </w:r>
    </w:p>
    <w:p w14:paraId="11C79A90" w14:textId="77777777" w:rsidR="005743BD" w:rsidRDefault="005B7A0E">
      <w:r>
        <w:t>Then came the lie:</w:t>
      </w:r>
    </w:p>
    <w:p w14:paraId="31814D6C" w14:textId="77777777" w:rsidR="005743BD" w:rsidRDefault="005B7A0E">
      <w:r>
        <w:t>“Then the serpent said to the woman, ‘You will not surely die. For God knows that in the day you eat of it your eyes will be opened, and you will be like God, knowing good and evil’” (Genesis 3:4–5).</w:t>
      </w:r>
    </w:p>
    <w:p w14:paraId="4883EA2C" w14:textId="77777777" w:rsidR="005743BD" w:rsidRDefault="005B7A0E">
      <w:r>
        <w:t>He encouraged Eve to question God’s instruction and His reasons for giving it. She ate the fruit and gave some to her husband, who also ate. When God questioned Adam, Adam pointed toward his wife—and toward God.</w:t>
      </w:r>
    </w:p>
    <w:p w14:paraId="07BB6DD5" w14:textId="77777777" w:rsidR="005743BD" w:rsidRDefault="005B7A0E">
      <w:r>
        <w:t>“Then the man said, ‘The woman whom You gave to be with me, she gave me of the tree, and I ate’” (Genesis 3:12).</w:t>
      </w:r>
    </w:p>
    <w:p w14:paraId="3C7141AC" w14:textId="77777777" w:rsidR="005743BD" w:rsidRDefault="005B7A0E">
      <w:r>
        <w:t>There’s a familiar pattern there: temptation, disobedience, and then blame. The enemy introduced the lie, but Adam and Eve were still responsible for their choices.</w:t>
      </w:r>
    </w:p>
    <w:p w14:paraId="5FF12D4A" w14:textId="77777777" w:rsidR="005743BD" w:rsidRDefault="005B7A0E">
      <w:r>
        <w:t>That distinction matters in your marriage too.</w:t>
      </w:r>
    </w:p>
    <w:p w14:paraId="42634680" w14:textId="77777777" w:rsidR="005743BD" w:rsidRDefault="005B7A0E">
      <w:r>
        <w:t>Ephesians 6:12 tells us, “For we do not wrestle against flesh and blood, but against principalities, against powers, against the rulers of the darkness of this age, against spiritual hosts of wickedness in the heavenly places.”</w:t>
      </w:r>
    </w:p>
    <w:p w14:paraId="75947570" w14:textId="77777777" w:rsidR="005743BD" w:rsidRDefault="005B7A0E">
      <w:r>
        <w:t>There’s a spiritual battle, and you need to recognize it. But “the devil was fighting me” isn’t repentance. If you spoke cruelly, you need to acknowledge it. If you were dishonest, you need to tell the truth. If you broke trust, you need to do the work of rebuilding it. Rebuking the enemy doesn’t remove your responsibility to obey God.</w:t>
      </w:r>
    </w:p>
    <w:p w14:paraId="5B6A3AD4" w14:textId="77777777" w:rsidR="005743BD" w:rsidRDefault="005B7A0E">
      <w:r>
        <w:t xml:space="preserve">The correct response is to repent and seek God’s forgiveness, then go to your spouse, acknowledge what you did, and ask for forgiveness. Repentance means turning away from the behavior, so </w:t>
      </w:r>
      <w:r>
        <w:lastRenderedPageBreak/>
        <w:t>your apology needs to be followed by a change in how you treat them.</w:t>
      </w:r>
    </w:p>
    <w:p w14:paraId="155FBBA6" w14:textId="77777777" w:rsidR="005743BD" w:rsidRDefault="005B7A0E">
      <w:r>
        <w:t>Sometimes the attack is obvious. Other times, it comes through a suggestion that sounds reasonable when you’re tired or hurt. “They don’t care about you.” “You always have to do everything.” “Why should you apologize first?” Before long, you’re building a case against the person you promised to love.</w:t>
      </w:r>
    </w:p>
    <w:p w14:paraId="14AE809C" w14:textId="77777777" w:rsidR="005743BD" w:rsidRDefault="005B7A0E">
      <w:r>
        <w:t>A frustration over dirty socks becomes a judgment about your husband’s character. Your wife’s exhaustion becomes proof that you’re no longer important to her. You stop asking questions because you’ve already decided what the other person meant.</w:t>
      </w:r>
    </w:p>
    <w:p w14:paraId="0588A815" w14:textId="77777777" w:rsidR="005743BD" w:rsidRDefault="005B7A0E">
      <w:r>
        <w:t>Sometimes there really is a pattern of neglect or disrespect that needs to be addressed. Sometimes there’s a misunderstanding. You’ll have a much better chance of knowing the difference if you ask, listen, and speak honestly instead of allowing resentment to supply all the answers.</w:t>
      </w:r>
    </w:p>
    <w:p w14:paraId="66A4E513" w14:textId="77777777" w:rsidR="005743BD" w:rsidRDefault="005B7A0E">
      <w:r>
        <w:t>This has been a difficult lesson for me. I’ve been through divorce, and my past includes physical and emotional abuse and infidelity. I took steps to protect myself and my children. Those steps were necessary. The people who hurt me were responsible for their decisions to hurt me.</w:t>
      </w:r>
    </w:p>
    <w:p w14:paraId="5EF4F3A0" w14:textId="77777777" w:rsidR="005743BD" w:rsidRDefault="005B7A0E">
      <w:r>
        <w:t>As I grew, I also had to examine my own decisions, including what I’d accepted, what I’d overlooked, and whether I’d truly sought God’s direction. That examination gave me things to learn. It didn’t make someone else’s abuse my fault.</w:t>
      </w:r>
    </w:p>
    <w:p w14:paraId="76332646" w14:textId="77777777" w:rsidR="005743BD" w:rsidRDefault="005B7A0E">
      <w:r>
        <w:t>There’s a difference between taking responsibility for your choices and accepting blame for another person’s sin.</w:t>
      </w:r>
    </w:p>
    <w:p w14:paraId="235053E0" w14:textId="77777777" w:rsidR="005743BD" w:rsidRDefault="005B7A0E">
      <w:r>
        <w:t xml:space="preserve">I can also look back and recognize times when I wanted God to agree with what I had already decided. I’d made room for a version of Him who told me what I wanted to hear instead of what I needed to hear. </w:t>
      </w:r>
      <w:r>
        <w:lastRenderedPageBreak/>
        <w:t>That’s a dangerous thing to do in any part of your life, especially when you’re making decisions about marriage.</w:t>
      </w:r>
    </w:p>
    <w:p w14:paraId="5BAE895F" w14:textId="77777777" w:rsidR="005743BD" w:rsidRDefault="005B7A0E">
      <w:r>
        <w:t>Love, or what you believe to be love, can’t replace discernment. Strong feelings can’t do the work of shared obedience, honesty, and character.</w:t>
      </w:r>
    </w:p>
    <w:p w14:paraId="51D8E8E9" w14:textId="77777777" w:rsidR="005743BD" w:rsidRDefault="005B7A0E">
      <w:r>
        <w:t>My husband and I have each been through divorce. Before we married, we talked about our previous relationships and the things we needed to bring before God. We sought His forgiveness and direction, and when we decided to marry, we wanted our marriage to honor Him. We asked Him to bless our union and teach us how to keep Him at the center.</w:t>
      </w:r>
    </w:p>
    <w:p w14:paraId="096C25F6" w14:textId="77777777" w:rsidR="005743BD" w:rsidRDefault="005B7A0E">
      <w:r>
        <w:t>He’s blessed us in ways I can’t adequately describe. We’ve also had to learn, change, repent, and keep working.</w:t>
      </w:r>
    </w:p>
    <w:p w14:paraId="14F916C0" w14:textId="77777777" w:rsidR="005743BD" w:rsidRDefault="005B7A0E">
      <w:r>
        <w:t>It takes a lot of prayer. Some days, it takes considerably more than others.</w:t>
      </w:r>
    </w:p>
    <w:p w14:paraId="32EA890F" w14:textId="77777777" w:rsidR="005743BD" w:rsidRDefault="005B7A0E">
      <w:r>
        <w:t>One thing we’ve learned is that we make the problem harder when we turn against each other. If I’m busy proving that I’m right and he’s busy defending himself, we can spend a great deal of energy without doing anything that helps our marriage. The problem is still there, and now we’ve added hurt feelings and careless words to it.</w:t>
      </w:r>
    </w:p>
    <w:p w14:paraId="6A98DEF6" w14:textId="77777777" w:rsidR="005743BD" w:rsidRDefault="005B7A0E">
      <w:r>
        <w:t>But when we stop, pray, and remember that we’re on the same team, we can begin dealing with what’s actually wrong. Sometimes we discover that we misunderstood each other. Sometimes one of us needs to apologize. Sometimes there’s a practical problem that needs a practical solution.</w:t>
      </w:r>
    </w:p>
    <w:p w14:paraId="05AE6D65" w14:textId="77777777" w:rsidR="005743BD" w:rsidRDefault="005B7A0E">
      <w:r>
        <w:t>Prayer helps us approach those things with humility. Then we need to act on what God shows us.</w:t>
      </w:r>
    </w:p>
    <w:p w14:paraId="0FA76FFF" w14:textId="77777777" w:rsidR="005743BD" w:rsidRDefault="005B7A0E">
      <w:r>
        <w:t xml:space="preserve">A marriage needs that kind of ongoing attention. You can’t make a commitment on your wedding day and assume that the relationship will take care of itself. You need to keep talking, keep listening, and </w:t>
      </w:r>
      <w:r>
        <w:lastRenderedPageBreak/>
        <w:t>keep making room for correction. Watch for the places where pride, resentment, secrecy, or selfishness begin to gain ground.</w:t>
      </w:r>
    </w:p>
    <w:p w14:paraId="258034DF" w14:textId="77777777" w:rsidR="005743BD" w:rsidRDefault="005B7A0E">
      <w:r>
        <w:t>And remember that your children are learning from what they see. They need to see affection and unity, but they also need to see what happens when you get something wrong. Let them see an honest apology, a changed response, and two people who are willing to be corrected by the Word.</w:t>
      </w:r>
    </w:p>
    <w:p w14:paraId="4279216F" w14:textId="77777777" w:rsidR="005743BD" w:rsidRDefault="005B7A0E">
      <w:r>
        <w:t>Recognizing the enemy should make you more watchful over your own heart. Be careful about treating every disagreement as proof that your spouse is being used against you. That accusation can become another way of shutting down a conversation you need to have.</w:t>
      </w:r>
    </w:p>
    <w:p w14:paraId="3C0471AC" w14:textId="77777777" w:rsidR="005743BD" w:rsidRDefault="005B7A0E">
      <w:r>
        <w:t>If your spouse brings you a concern, listen. Ask God to help you hear what’s true, even when it’s uncomfortable. You can resist the enemy and still recognize that your spouse has a valid complaint.</w:t>
      </w:r>
    </w:p>
    <w:p w14:paraId="11899EDE" w14:textId="77777777" w:rsidR="005743BD" w:rsidRDefault="005B7A0E">
      <w:r>
        <w:t>If there’s abuse, coercion, or danger, protecting yourself and your children is necessary. Seeking safety and help doesn’t mean that you have failed to recognize the spiritual battle. Abuse must be confronted; it can’t be resolved by asking the person being harmed to become more agreeable.</w:t>
      </w:r>
    </w:p>
    <w:p w14:paraId="67A053C8" w14:textId="77777777" w:rsidR="005743BD" w:rsidRDefault="005B7A0E">
      <w:r>
        <w:t>For the everyday conflicts that arise between two imperfect people learning to share a life, remember the purpose of the conversation. You’re trying to understand each other, address the problem, and strengthen your marriage. Winning an argument accomplishes very little if you damage your relationship in the process.</w:t>
      </w:r>
    </w:p>
    <w:p w14:paraId="0CBB1526" w14:textId="77777777" w:rsidR="005743BD" w:rsidRDefault="005B7A0E">
      <w:r>
        <w:t>The enemy will gladly take advantage of division. Don’t give him an open door through pride you refuse to surrender, dishonesty you refuse to confess, or resentment you insist on feeding.</w:t>
      </w:r>
    </w:p>
    <w:p w14:paraId="0026FF17" w14:textId="77777777" w:rsidR="005743BD" w:rsidRDefault="005B7A0E">
      <w:r>
        <w:t>Pray for discernment. Tell the truth. Take responsibility for your part, and be willing to make the changes that obedience requires.</w:t>
      </w:r>
    </w:p>
    <w:p w14:paraId="7314D63E" w14:textId="77777777" w:rsidR="005743BD" w:rsidRDefault="005B7A0E">
      <w:r>
        <w:lastRenderedPageBreak/>
        <w:t>You and your spouse have a marriage to nurture and protect. Face the problems together.</w:t>
      </w:r>
    </w:p>
    <w:p w14:paraId="016BEDE8" w14:textId="77777777" w:rsidR="005743BD" w:rsidRDefault="005B7A0E">
      <w:r>
        <w:br w:type="page"/>
      </w:r>
    </w:p>
    <w:p w14:paraId="24929601" w14:textId="77777777" w:rsidR="005743BD" w:rsidRDefault="005B7A0E">
      <w:pPr>
        <w:pStyle w:val="Heading2"/>
        <w:spacing w:after="240"/>
      </w:pPr>
      <w:r>
        <w:lastRenderedPageBreak/>
        <w:t>Reflection</w:t>
      </w:r>
    </w:p>
    <w:p w14:paraId="26916B19" w14:textId="77777777" w:rsidR="005743BD" w:rsidRDefault="005B7A0E">
      <w:pPr>
        <w:pStyle w:val="Heading3"/>
        <w:spacing w:after="100"/>
      </w:pPr>
      <w:r>
        <w:t>Scripture for Study</w:t>
      </w:r>
    </w:p>
    <w:p w14:paraId="33C66F0B" w14:textId="77777777" w:rsidR="005743BD" w:rsidRDefault="005B7A0E">
      <w:pPr>
        <w:spacing w:after="400"/>
      </w:pPr>
      <w:r>
        <w:rPr>
          <w:sz w:val="22"/>
        </w:rPr>
        <w:t>1 Peter 5:8   •   James 4:7   •   2 Corinthians 11:14</w:t>
      </w:r>
    </w:p>
    <w:p w14:paraId="5E9EC9BB" w14:textId="77777777" w:rsidR="005743BD" w:rsidRDefault="005B7A0E">
      <w:pPr>
        <w:keepNext/>
      </w:pPr>
      <w:r>
        <w:t>1. Where is your marriage most vulnerable to division? Consider communication, finances, parenting, work, outside relationships, resentment, or unmet expectations. What could you and your spouse do together to strengthen one of those areas?</w:t>
      </w:r>
    </w:p>
    <w:p w14:paraId="0CADED21" w14:textId="77777777" w:rsidR="005743BD" w:rsidRDefault="005B7A0E">
      <w:pPr>
        <w:pBdr>
          <w:bottom w:val="single" w:sz="3" w:space="0" w:color="B8B8B8"/>
          <w:between w:val="single" w:sz="3" w:space="0" w:color="B8B8B8"/>
        </w:pBdr>
        <w:spacing w:after="0" w:line="440" w:lineRule="exact"/>
      </w:pPr>
      <w:r>
        <w:rPr>
          <w:sz w:val="2"/>
        </w:rPr>
        <w:t xml:space="preserve"> </w:t>
      </w:r>
    </w:p>
    <w:p w14:paraId="076ED339" w14:textId="77777777" w:rsidR="005743BD" w:rsidRDefault="005B7A0E">
      <w:pPr>
        <w:pBdr>
          <w:bottom w:val="single" w:sz="3" w:space="0" w:color="B8B8B8"/>
          <w:between w:val="single" w:sz="3" w:space="0" w:color="B8B8B8"/>
        </w:pBdr>
        <w:spacing w:after="0" w:line="440" w:lineRule="exact"/>
      </w:pPr>
      <w:r>
        <w:rPr>
          <w:sz w:val="2"/>
        </w:rPr>
        <w:t xml:space="preserve"> </w:t>
      </w:r>
    </w:p>
    <w:p w14:paraId="41A9E914" w14:textId="77777777" w:rsidR="005743BD" w:rsidRDefault="005B7A0E">
      <w:pPr>
        <w:pBdr>
          <w:bottom w:val="single" w:sz="3" w:space="0" w:color="B8B8B8"/>
          <w:between w:val="single" w:sz="3" w:space="0" w:color="B8B8B8"/>
        </w:pBdr>
        <w:spacing w:after="0" w:line="440" w:lineRule="exact"/>
      </w:pPr>
      <w:r>
        <w:rPr>
          <w:sz w:val="2"/>
        </w:rPr>
        <w:t xml:space="preserve"> </w:t>
      </w:r>
    </w:p>
    <w:p w14:paraId="2E5F8706" w14:textId="77777777" w:rsidR="005743BD" w:rsidRDefault="005B7A0E">
      <w:pPr>
        <w:pBdr>
          <w:bottom w:val="single" w:sz="3" w:space="0" w:color="B8B8B8"/>
          <w:between w:val="single" w:sz="3" w:space="0" w:color="B8B8B8"/>
        </w:pBdr>
        <w:spacing w:after="0" w:line="440" w:lineRule="exact"/>
      </w:pPr>
      <w:r>
        <w:rPr>
          <w:sz w:val="2"/>
        </w:rPr>
        <w:t xml:space="preserve"> </w:t>
      </w:r>
    </w:p>
    <w:p w14:paraId="21CBB418" w14:textId="77777777" w:rsidR="005743BD" w:rsidRDefault="005B7A0E">
      <w:pPr>
        <w:pBdr>
          <w:bottom w:val="single" w:sz="3" w:space="0" w:color="B8B8B8"/>
          <w:between w:val="single" w:sz="3" w:space="0" w:color="B8B8B8"/>
        </w:pBdr>
        <w:spacing w:after="0" w:line="440" w:lineRule="exact"/>
      </w:pPr>
      <w:r>
        <w:rPr>
          <w:sz w:val="2"/>
        </w:rPr>
        <w:t xml:space="preserve"> </w:t>
      </w:r>
    </w:p>
    <w:p w14:paraId="1EC8B810" w14:textId="77777777" w:rsidR="005743BD" w:rsidRDefault="005743BD">
      <w:pPr>
        <w:spacing w:after="0" w:line="240" w:lineRule="exact"/>
      </w:pPr>
    </w:p>
    <w:p w14:paraId="154A1242" w14:textId="77777777" w:rsidR="005743BD" w:rsidRDefault="005B7A0E">
      <w:pPr>
        <w:keepNext/>
      </w:pPr>
      <w:r>
        <w:t>2. James 4:7 begins with submitting to God before resisting the devil. Is there an attitude, habit, or response you need to surrender to God as you address conflict in your marriage?</w:t>
      </w:r>
    </w:p>
    <w:p w14:paraId="55AB3CA6" w14:textId="77777777" w:rsidR="005743BD" w:rsidRDefault="005B7A0E">
      <w:pPr>
        <w:pBdr>
          <w:bottom w:val="single" w:sz="3" w:space="0" w:color="B8B8B8"/>
          <w:between w:val="single" w:sz="3" w:space="0" w:color="B8B8B8"/>
        </w:pBdr>
        <w:spacing w:after="0" w:line="440" w:lineRule="exact"/>
      </w:pPr>
      <w:r>
        <w:rPr>
          <w:sz w:val="2"/>
        </w:rPr>
        <w:t xml:space="preserve"> </w:t>
      </w:r>
    </w:p>
    <w:p w14:paraId="2542A1DE" w14:textId="77777777" w:rsidR="005743BD" w:rsidRDefault="005B7A0E">
      <w:pPr>
        <w:pBdr>
          <w:bottom w:val="single" w:sz="3" w:space="0" w:color="B8B8B8"/>
          <w:between w:val="single" w:sz="3" w:space="0" w:color="B8B8B8"/>
        </w:pBdr>
        <w:spacing w:after="0" w:line="440" w:lineRule="exact"/>
      </w:pPr>
      <w:r>
        <w:rPr>
          <w:sz w:val="2"/>
        </w:rPr>
        <w:t xml:space="preserve"> </w:t>
      </w:r>
    </w:p>
    <w:p w14:paraId="08489B44" w14:textId="77777777" w:rsidR="005743BD" w:rsidRDefault="005B7A0E">
      <w:pPr>
        <w:pBdr>
          <w:bottom w:val="single" w:sz="3" w:space="0" w:color="B8B8B8"/>
          <w:between w:val="single" w:sz="3" w:space="0" w:color="B8B8B8"/>
        </w:pBdr>
        <w:spacing w:after="0" w:line="440" w:lineRule="exact"/>
      </w:pPr>
      <w:r>
        <w:rPr>
          <w:sz w:val="2"/>
        </w:rPr>
        <w:t xml:space="preserve"> </w:t>
      </w:r>
    </w:p>
    <w:p w14:paraId="64793C78" w14:textId="77777777" w:rsidR="005743BD" w:rsidRDefault="005B7A0E">
      <w:pPr>
        <w:pBdr>
          <w:bottom w:val="single" w:sz="3" w:space="0" w:color="B8B8B8"/>
          <w:between w:val="single" w:sz="3" w:space="0" w:color="B8B8B8"/>
        </w:pBdr>
        <w:spacing w:after="0" w:line="440" w:lineRule="exact"/>
      </w:pPr>
      <w:r>
        <w:rPr>
          <w:sz w:val="2"/>
        </w:rPr>
        <w:t xml:space="preserve"> </w:t>
      </w:r>
    </w:p>
    <w:p w14:paraId="1A11AD59" w14:textId="77777777" w:rsidR="005743BD" w:rsidRDefault="005B7A0E">
      <w:pPr>
        <w:pBdr>
          <w:bottom w:val="single" w:sz="3" w:space="0" w:color="B8B8B8"/>
          <w:between w:val="single" w:sz="3" w:space="0" w:color="B8B8B8"/>
        </w:pBdr>
        <w:spacing w:after="0" w:line="440" w:lineRule="exact"/>
      </w:pPr>
      <w:r>
        <w:rPr>
          <w:sz w:val="2"/>
        </w:rPr>
        <w:t xml:space="preserve"> </w:t>
      </w:r>
    </w:p>
    <w:p w14:paraId="3333FC6F" w14:textId="77777777" w:rsidR="005743BD" w:rsidRDefault="005743BD">
      <w:pPr>
        <w:spacing w:after="0" w:line="240" w:lineRule="exact"/>
      </w:pPr>
    </w:p>
    <w:p w14:paraId="6C6804A4" w14:textId="77777777" w:rsidR="005743BD" w:rsidRDefault="005B7A0E">
      <w:r>
        <w:br w:type="page"/>
      </w:r>
    </w:p>
    <w:p w14:paraId="6D86EB01" w14:textId="7F873F4B" w:rsidR="005743BD" w:rsidRDefault="005B7A0E">
      <w:pPr>
        <w:pStyle w:val="Heading2"/>
        <w:spacing w:after="240"/>
      </w:pPr>
      <w:r>
        <w:lastRenderedPageBreak/>
        <w:t xml:space="preserve">Reflection </w:t>
      </w:r>
    </w:p>
    <w:p w14:paraId="6BF28710" w14:textId="77777777" w:rsidR="005743BD" w:rsidRDefault="005B7A0E">
      <w:pPr>
        <w:spacing w:after="400"/>
      </w:pPr>
      <w:r>
        <w:rPr>
          <w:i/>
          <w:sz w:val="22"/>
        </w:rPr>
        <w:t>Take your time. Pray, reflect, and write.</w:t>
      </w:r>
    </w:p>
    <w:p w14:paraId="52345AD6" w14:textId="77777777" w:rsidR="005743BD" w:rsidRDefault="005B7A0E">
      <w:pPr>
        <w:keepNext/>
      </w:pPr>
      <w:r>
        <w:t>3. Think about a recent disagreement. What did you know to be true, and what did you assume about your spouse’s motives? Is there a conversation, apology, or practical change that could help resolve it?</w:t>
      </w:r>
    </w:p>
    <w:p w14:paraId="3D8D9E7B" w14:textId="77777777" w:rsidR="005743BD" w:rsidRDefault="005B7A0E">
      <w:pPr>
        <w:pBdr>
          <w:bottom w:val="single" w:sz="3" w:space="0" w:color="B8B8B8"/>
          <w:between w:val="single" w:sz="3" w:space="0" w:color="B8B8B8"/>
        </w:pBdr>
        <w:spacing w:after="0" w:line="440" w:lineRule="exact"/>
      </w:pPr>
      <w:r>
        <w:rPr>
          <w:sz w:val="2"/>
        </w:rPr>
        <w:t xml:space="preserve"> </w:t>
      </w:r>
    </w:p>
    <w:p w14:paraId="7D05AD3F" w14:textId="77777777" w:rsidR="005743BD" w:rsidRDefault="005B7A0E">
      <w:pPr>
        <w:pBdr>
          <w:bottom w:val="single" w:sz="3" w:space="0" w:color="B8B8B8"/>
          <w:between w:val="single" w:sz="3" w:space="0" w:color="B8B8B8"/>
        </w:pBdr>
        <w:spacing w:after="0" w:line="440" w:lineRule="exact"/>
      </w:pPr>
      <w:r>
        <w:rPr>
          <w:sz w:val="2"/>
        </w:rPr>
        <w:t xml:space="preserve"> </w:t>
      </w:r>
    </w:p>
    <w:p w14:paraId="5DD43E8C" w14:textId="77777777" w:rsidR="005743BD" w:rsidRDefault="005B7A0E">
      <w:pPr>
        <w:pBdr>
          <w:bottom w:val="single" w:sz="3" w:space="0" w:color="B8B8B8"/>
          <w:between w:val="single" w:sz="3" w:space="0" w:color="B8B8B8"/>
        </w:pBdr>
        <w:spacing w:after="0" w:line="440" w:lineRule="exact"/>
      </w:pPr>
      <w:r>
        <w:rPr>
          <w:sz w:val="2"/>
        </w:rPr>
        <w:t xml:space="preserve"> </w:t>
      </w:r>
    </w:p>
    <w:p w14:paraId="32707A05" w14:textId="77777777" w:rsidR="005743BD" w:rsidRDefault="005B7A0E">
      <w:pPr>
        <w:pBdr>
          <w:bottom w:val="single" w:sz="3" w:space="0" w:color="B8B8B8"/>
          <w:between w:val="single" w:sz="3" w:space="0" w:color="B8B8B8"/>
        </w:pBdr>
        <w:spacing w:after="0" w:line="440" w:lineRule="exact"/>
      </w:pPr>
      <w:r>
        <w:rPr>
          <w:sz w:val="2"/>
        </w:rPr>
        <w:t xml:space="preserve"> </w:t>
      </w:r>
    </w:p>
    <w:p w14:paraId="2005E0A5" w14:textId="77777777" w:rsidR="005743BD" w:rsidRDefault="005B7A0E">
      <w:pPr>
        <w:pBdr>
          <w:bottom w:val="single" w:sz="3" w:space="0" w:color="B8B8B8"/>
          <w:between w:val="single" w:sz="3" w:space="0" w:color="B8B8B8"/>
        </w:pBdr>
        <w:spacing w:after="0" w:line="440" w:lineRule="exact"/>
      </w:pPr>
      <w:r>
        <w:rPr>
          <w:sz w:val="2"/>
        </w:rPr>
        <w:t xml:space="preserve"> </w:t>
      </w:r>
    </w:p>
    <w:p w14:paraId="1C87D0B7" w14:textId="77777777" w:rsidR="005743BD" w:rsidRDefault="005B7A0E">
      <w:pPr>
        <w:pBdr>
          <w:bottom w:val="single" w:sz="3" w:space="0" w:color="B8B8B8"/>
          <w:between w:val="single" w:sz="3" w:space="0" w:color="B8B8B8"/>
        </w:pBdr>
        <w:spacing w:after="0" w:line="440" w:lineRule="exact"/>
      </w:pPr>
      <w:r>
        <w:rPr>
          <w:sz w:val="2"/>
        </w:rPr>
        <w:t xml:space="preserve"> </w:t>
      </w:r>
    </w:p>
    <w:p w14:paraId="215ECDDB" w14:textId="77777777" w:rsidR="005743BD" w:rsidRDefault="005743BD">
      <w:pPr>
        <w:spacing w:after="0" w:line="240" w:lineRule="exact"/>
      </w:pPr>
    </w:p>
    <w:p w14:paraId="4D0C0813" w14:textId="77777777" w:rsidR="005743BD" w:rsidRDefault="005B7A0E">
      <w:pPr>
        <w:keepNext/>
      </w:pPr>
      <w:r>
        <w:t>4. What’s one thing that you admire about your spouse?</w:t>
      </w:r>
    </w:p>
    <w:p w14:paraId="619E9F9C" w14:textId="77777777" w:rsidR="005743BD" w:rsidRDefault="005B7A0E">
      <w:pPr>
        <w:pBdr>
          <w:bottom w:val="single" w:sz="3" w:space="0" w:color="B8B8B8"/>
          <w:between w:val="single" w:sz="3" w:space="0" w:color="B8B8B8"/>
        </w:pBdr>
        <w:spacing w:after="0" w:line="440" w:lineRule="exact"/>
      </w:pPr>
      <w:r>
        <w:rPr>
          <w:sz w:val="2"/>
        </w:rPr>
        <w:t xml:space="preserve"> </w:t>
      </w:r>
    </w:p>
    <w:p w14:paraId="1D5E144B" w14:textId="77777777" w:rsidR="005743BD" w:rsidRDefault="005B7A0E">
      <w:pPr>
        <w:pBdr>
          <w:bottom w:val="single" w:sz="3" w:space="0" w:color="B8B8B8"/>
          <w:between w:val="single" w:sz="3" w:space="0" w:color="B8B8B8"/>
        </w:pBdr>
        <w:spacing w:after="0" w:line="440" w:lineRule="exact"/>
      </w:pPr>
      <w:r>
        <w:rPr>
          <w:sz w:val="2"/>
        </w:rPr>
        <w:t xml:space="preserve"> </w:t>
      </w:r>
    </w:p>
    <w:p w14:paraId="3D3D34F2" w14:textId="77777777" w:rsidR="005743BD" w:rsidRDefault="005B7A0E">
      <w:pPr>
        <w:pBdr>
          <w:bottom w:val="single" w:sz="3" w:space="0" w:color="B8B8B8"/>
          <w:between w:val="single" w:sz="3" w:space="0" w:color="B8B8B8"/>
        </w:pBdr>
        <w:spacing w:after="0" w:line="440" w:lineRule="exact"/>
      </w:pPr>
      <w:r>
        <w:rPr>
          <w:sz w:val="2"/>
        </w:rPr>
        <w:t xml:space="preserve"> </w:t>
      </w:r>
    </w:p>
    <w:p w14:paraId="70250E7D" w14:textId="77777777" w:rsidR="005743BD" w:rsidRDefault="005B7A0E">
      <w:pPr>
        <w:pBdr>
          <w:bottom w:val="single" w:sz="3" w:space="0" w:color="B8B8B8"/>
          <w:between w:val="single" w:sz="3" w:space="0" w:color="B8B8B8"/>
        </w:pBdr>
        <w:spacing w:after="0" w:line="440" w:lineRule="exact"/>
      </w:pPr>
      <w:r>
        <w:rPr>
          <w:sz w:val="2"/>
        </w:rPr>
        <w:t xml:space="preserve"> </w:t>
      </w:r>
    </w:p>
    <w:p w14:paraId="58A9C4CC" w14:textId="77777777" w:rsidR="005743BD" w:rsidRDefault="005B7A0E">
      <w:pPr>
        <w:pBdr>
          <w:bottom w:val="single" w:sz="3" w:space="0" w:color="B8B8B8"/>
          <w:between w:val="single" w:sz="3" w:space="0" w:color="B8B8B8"/>
        </w:pBdr>
        <w:spacing w:after="0" w:line="440" w:lineRule="exact"/>
      </w:pPr>
      <w:r>
        <w:rPr>
          <w:sz w:val="2"/>
        </w:rPr>
        <w:t xml:space="preserve"> </w:t>
      </w:r>
    </w:p>
    <w:p w14:paraId="03EFBBD3" w14:textId="77777777" w:rsidR="005743BD" w:rsidRDefault="005B7A0E">
      <w:pPr>
        <w:pBdr>
          <w:bottom w:val="single" w:sz="3" w:space="0" w:color="B8B8B8"/>
          <w:between w:val="single" w:sz="3" w:space="0" w:color="B8B8B8"/>
        </w:pBdr>
        <w:spacing w:after="0" w:line="440" w:lineRule="exact"/>
      </w:pPr>
      <w:r>
        <w:rPr>
          <w:sz w:val="2"/>
        </w:rPr>
        <w:t xml:space="preserve"> </w:t>
      </w:r>
    </w:p>
    <w:p w14:paraId="1F054ED8" w14:textId="77777777" w:rsidR="005743BD" w:rsidRDefault="005743BD">
      <w:pPr>
        <w:spacing w:after="0" w:line="240" w:lineRule="exact"/>
      </w:pPr>
    </w:p>
    <w:p w14:paraId="29AE68FF" w14:textId="77777777" w:rsidR="005743BD" w:rsidRDefault="005B7A0E">
      <w:r>
        <w:br w:type="page"/>
      </w:r>
    </w:p>
    <w:p w14:paraId="22FEBEC7" w14:textId="25DF3880" w:rsidR="005743BD" w:rsidRDefault="005B7A0E">
      <w:pPr>
        <w:pStyle w:val="Heading2"/>
        <w:spacing w:after="240"/>
      </w:pPr>
      <w:r>
        <w:lastRenderedPageBreak/>
        <w:t xml:space="preserve">Reflection </w:t>
      </w:r>
    </w:p>
    <w:p w14:paraId="21E99E5A" w14:textId="77777777" w:rsidR="005743BD" w:rsidRDefault="005B7A0E">
      <w:pPr>
        <w:spacing w:after="400"/>
      </w:pPr>
      <w:r>
        <w:rPr>
          <w:i/>
          <w:sz w:val="22"/>
        </w:rPr>
        <w:t>Take your time. Pray, reflect, and write.</w:t>
      </w:r>
    </w:p>
    <w:p w14:paraId="1A6CB62B" w14:textId="77777777" w:rsidR="005743BD" w:rsidRDefault="005B7A0E">
      <w:pPr>
        <w:keepNext/>
      </w:pPr>
      <w:r>
        <w:t>5. What’s one way that your spouse blesses you or has blessed you?</w:t>
      </w:r>
    </w:p>
    <w:p w14:paraId="5795506F" w14:textId="77777777" w:rsidR="005743BD" w:rsidRDefault="005B7A0E">
      <w:pPr>
        <w:pBdr>
          <w:bottom w:val="single" w:sz="3" w:space="0" w:color="B8B8B8"/>
          <w:between w:val="single" w:sz="3" w:space="0" w:color="B8B8B8"/>
        </w:pBdr>
        <w:spacing w:after="0" w:line="440" w:lineRule="exact"/>
      </w:pPr>
      <w:r>
        <w:rPr>
          <w:sz w:val="2"/>
        </w:rPr>
        <w:t xml:space="preserve"> </w:t>
      </w:r>
    </w:p>
    <w:p w14:paraId="163B90BD" w14:textId="77777777" w:rsidR="005743BD" w:rsidRDefault="005B7A0E">
      <w:pPr>
        <w:pBdr>
          <w:bottom w:val="single" w:sz="3" w:space="0" w:color="B8B8B8"/>
          <w:between w:val="single" w:sz="3" w:space="0" w:color="B8B8B8"/>
        </w:pBdr>
        <w:spacing w:after="0" w:line="440" w:lineRule="exact"/>
      </w:pPr>
      <w:r>
        <w:rPr>
          <w:sz w:val="2"/>
        </w:rPr>
        <w:t xml:space="preserve"> </w:t>
      </w:r>
    </w:p>
    <w:p w14:paraId="062C510B" w14:textId="77777777" w:rsidR="005743BD" w:rsidRDefault="005B7A0E">
      <w:pPr>
        <w:pBdr>
          <w:bottom w:val="single" w:sz="3" w:space="0" w:color="B8B8B8"/>
          <w:between w:val="single" w:sz="3" w:space="0" w:color="B8B8B8"/>
        </w:pBdr>
        <w:spacing w:after="0" w:line="440" w:lineRule="exact"/>
      </w:pPr>
      <w:r>
        <w:rPr>
          <w:sz w:val="2"/>
        </w:rPr>
        <w:t xml:space="preserve"> </w:t>
      </w:r>
    </w:p>
    <w:p w14:paraId="6D2DD72E" w14:textId="77777777" w:rsidR="005743BD" w:rsidRDefault="005B7A0E">
      <w:pPr>
        <w:pBdr>
          <w:bottom w:val="single" w:sz="3" w:space="0" w:color="B8B8B8"/>
          <w:between w:val="single" w:sz="3" w:space="0" w:color="B8B8B8"/>
        </w:pBdr>
        <w:spacing w:after="0" w:line="440" w:lineRule="exact"/>
      </w:pPr>
      <w:r>
        <w:rPr>
          <w:sz w:val="2"/>
        </w:rPr>
        <w:t xml:space="preserve"> </w:t>
      </w:r>
    </w:p>
    <w:p w14:paraId="12A4E4CB" w14:textId="77777777" w:rsidR="005743BD" w:rsidRDefault="005B7A0E">
      <w:pPr>
        <w:pBdr>
          <w:bottom w:val="single" w:sz="3" w:space="0" w:color="B8B8B8"/>
          <w:between w:val="single" w:sz="3" w:space="0" w:color="B8B8B8"/>
        </w:pBdr>
        <w:spacing w:after="0" w:line="440" w:lineRule="exact"/>
      </w:pPr>
      <w:r>
        <w:rPr>
          <w:sz w:val="2"/>
        </w:rPr>
        <w:t xml:space="preserve"> </w:t>
      </w:r>
    </w:p>
    <w:p w14:paraId="5AE9F492" w14:textId="77777777" w:rsidR="005743BD" w:rsidRDefault="005B7A0E">
      <w:pPr>
        <w:pBdr>
          <w:bottom w:val="single" w:sz="3" w:space="0" w:color="B8B8B8"/>
          <w:between w:val="single" w:sz="3" w:space="0" w:color="B8B8B8"/>
        </w:pBdr>
        <w:spacing w:after="0" w:line="440" w:lineRule="exact"/>
      </w:pPr>
      <w:r>
        <w:rPr>
          <w:sz w:val="2"/>
        </w:rPr>
        <w:t xml:space="preserve"> </w:t>
      </w:r>
    </w:p>
    <w:p w14:paraId="5C58610D" w14:textId="77777777" w:rsidR="005743BD" w:rsidRDefault="005743BD">
      <w:pPr>
        <w:spacing w:after="0" w:line="240" w:lineRule="exact"/>
      </w:pPr>
    </w:p>
    <w:p w14:paraId="45900BA9" w14:textId="77777777" w:rsidR="005743BD" w:rsidRDefault="005B7A0E">
      <w:pPr>
        <w:keepNext/>
      </w:pPr>
      <w:r>
        <w:t>6. What’s one thing that you can commit to today to make your marriage better or stronger?</w:t>
      </w:r>
    </w:p>
    <w:p w14:paraId="421C275D" w14:textId="77777777" w:rsidR="005743BD" w:rsidRDefault="005B7A0E">
      <w:pPr>
        <w:pBdr>
          <w:bottom w:val="single" w:sz="3" w:space="0" w:color="B8B8B8"/>
          <w:between w:val="single" w:sz="3" w:space="0" w:color="B8B8B8"/>
        </w:pBdr>
        <w:spacing w:after="0" w:line="440" w:lineRule="exact"/>
      </w:pPr>
      <w:r>
        <w:rPr>
          <w:sz w:val="2"/>
        </w:rPr>
        <w:t xml:space="preserve"> </w:t>
      </w:r>
    </w:p>
    <w:p w14:paraId="4D1EF3E0" w14:textId="77777777" w:rsidR="005743BD" w:rsidRDefault="005B7A0E">
      <w:pPr>
        <w:pBdr>
          <w:bottom w:val="single" w:sz="3" w:space="0" w:color="B8B8B8"/>
          <w:between w:val="single" w:sz="3" w:space="0" w:color="B8B8B8"/>
        </w:pBdr>
        <w:spacing w:after="0" w:line="440" w:lineRule="exact"/>
      </w:pPr>
      <w:r>
        <w:rPr>
          <w:sz w:val="2"/>
        </w:rPr>
        <w:t xml:space="preserve"> </w:t>
      </w:r>
    </w:p>
    <w:p w14:paraId="377EB117" w14:textId="77777777" w:rsidR="005743BD" w:rsidRDefault="005B7A0E">
      <w:pPr>
        <w:pBdr>
          <w:bottom w:val="single" w:sz="3" w:space="0" w:color="B8B8B8"/>
          <w:between w:val="single" w:sz="3" w:space="0" w:color="B8B8B8"/>
        </w:pBdr>
        <w:spacing w:after="0" w:line="440" w:lineRule="exact"/>
      </w:pPr>
      <w:r>
        <w:rPr>
          <w:sz w:val="2"/>
        </w:rPr>
        <w:t xml:space="preserve"> </w:t>
      </w:r>
    </w:p>
    <w:p w14:paraId="125C9B98" w14:textId="77777777" w:rsidR="005743BD" w:rsidRDefault="005B7A0E">
      <w:pPr>
        <w:pBdr>
          <w:bottom w:val="single" w:sz="3" w:space="0" w:color="B8B8B8"/>
          <w:between w:val="single" w:sz="3" w:space="0" w:color="B8B8B8"/>
        </w:pBdr>
        <w:spacing w:after="0" w:line="440" w:lineRule="exact"/>
      </w:pPr>
      <w:r>
        <w:rPr>
          <w:sz w:val="2"/>
        </w:rPr>
        <w:t xml:space="preserve"> </w:t>
      </w:r>
    </w:p>
    <w:p w14:paraId="05C9E0B4" w14:textId="77777777" w:rsidR="005743BD" w:rsidRDefault="005B7A0E">
      <w:pPr>
        <w:pBdr>
          <w:bottom w:val="single" w:sz="3" w:space="0" w:color="B8B8B8"/>
          <w:between w:val="single" w:sz="3" w:space="0" w:color="B8B8B8"/>
        </w:pBdr>
        <w:spacing w:after="0" w:line="440" w:lineRule="exact"/>
      </w:pPr>
      <w:r>
        <w:rPr>
          <w:sz w:val="2"/>
        </w:rPr>
        <w:t xml:space="preserve"> </w:t>
      </w:r>
    </w:p>
    <w:p w14:paraId="2CBDFBA2" w14:textId="77777777" w:rsidR="005743BD" w:rsidRDefault="005B7A0E">
      <w:pPr>
        <w:pBdr>
          <w:bottom w:val="single" w:sz="3" w:space="0" w:color="B8B8B8"/>
          <w:between w:val="single" w:sz="3" w:space="0" w:color="B8B8B8"/>
        </w:pBdr>
        <w:spacing w:after="0" w:line="440" w:lineRule="exact"/>
      </w:pPr>
      <w:r>
        <w:rPr>
          <w:sz w:val="2"/>
        </w:rPr>
        <w:t xml:space="preserve"> </w:t>
      </w:r>
    </w:p>
    <w:p w14:paraId="0F6B5012" w14:textId="77777777" w:rsidR="005743BD" w:rsidRDefault="005743BD">
      <w:pPr>
        <w:spacing w:after="0" w:line="240" w:lineRule="exact"/>
      </w:pPr>
    </w:p>
    <w:p w14:paraId="22EB6A54" w14:textId="77777777" w:rsidR="005743BD" w:rsidRDefault="005743BD">
      <w:pPr>
        <w:sectPr w:rsidR="005743BD">
          <w:footerReference w:type="default" r:id="rId11"/>
          <w:type w:val="oddPage"/>
          <w:pgSz w:w="10080" w:h="14400"/>
          <w:pgMar w:top="1152" w:right="1152" w:bottom="1152" w:left="1296" w:header="504" w:footer="504" w:gutter="0"/>
          <w:cols w:space="720"/>
          <w:docGrid w:linePitch="360"/>
        </w:sectPr>
      </w:pPr>
    </w:p>
    <w:p w14:paraId="78D0B232" w14:textId="76906E2D" w:rsidR="00C3140B" w:rsidRDefault="00C3140B">
      <w:pPr>
        <w:spacing w:after="200"/>
        <w:rPr>
          <w:rFonts w:cstheme="majorBidi"/>
          <w:b/>
          <w:bCs/>
          <w:sz w:val="42"/>
          <w:szCs w:val="28"/>
        </w:rPr>
      </w:pPr>
    </w:p>
    <w:p w14:paraId="396C9123" w14:textId="77777777" w:rsidR="00C3140B" w:rsidRDefault="00C3140B">
      <w:pPr>
        <w:pStyle w:val="Heading1"/>
      </w:pPr>
    </w:p>
    <w:p w14:paraId="08A75744" w14:textId="77777777" w:rsidR="00C3140B" w:rsidRDefault="00C3140B">
      <w:pPr>
        <w:pStyle w:val="Heading1"/>
      </w:pPr>
    </w:p>
    <w:p w14:paraId="19FD00D0" w14:textId="77777777" w:rsidR="00C3140B" w:rsidRDefault="00C3140B">
      <w:pPr>
        <w:pStyle w:val="Heading1"/>
      </w:pPr>
    </w:p>
    <w:p w14:paraId="04E8A313" w14:textId="16CB8D6B" w:rsidR="005743BD" w:rsidRDefault="005B7A0E">
      <w:pPr>
        <w:pStyle w:val="Heading1"/>
      </w:pPr>
      <w:r>
        <w:t>6. Learn what God wants from and for your marriage.</w:t>
      </w:r>
    </w:p>
    <w:p w14:paraId="6BC4CA0B" w14:textId="77777777" w:rsidR="005743BD" w:rsidRDefault="005B7A0E">
      <w:r>
        <w:t>God wants you to have a good, fulfilling marriage. He also wants your marriage to be holy, to honor Him, and to reflect His character in the way you treat each other. Those things belong together. You can’t build a godly marriage while ignoring what His Word says about love, honesty, faithfulness, and responsibility.</w:t>
      </w:r>
    </w:p>
    <w:p w14:paraId="77880666" w14:textId="77777777" w:rsidR="005743BD" w:rsidRDefault="005B7A0E">
      <w:r>
        <w:t>When you marry, your decisions no longer affect only you. You have joined your life to another person’s life. Scripture says that when you marry, you’re one flesh. You’re still individuals, but you’re bound together, and the actions of one spouse affect the other. Your choices, habits, words, and priorities now reach into the heart and home of someone you promised to love.</w:t>
      </w:r>
    </w:p>
    <w:p w14:paraId="386A6161" w14:textId="77777777" w:rsidR="005743BD" w:rsidRDefault="005B7A0E">
      <w:r>
        <w:t>That takes some adjustment. Sometimes quite a bit of adjustment.</w:t>
      </w:r>
    </w:p>
    <w:p w14:paraId="6426967C" w14:textId="77777777" w:rsidR="005743BD" w:rsidRDefault="005B7A0E">
      <w:r>
        <w:t>Genesis 2:24 tells us, “Therefore a man shall leave his father and mother and be joined to his wife, and they shall become one flesh.”</w:t>
      </w:r>
    </w:p>
    <w:p w14:paraId="3768017E" w14:textId="77777777" w:rsidR="005743BD" w:rsidRDefault="005B7A0E">
      <w:r>
        <w:t xml:space="preserve">One flesh is a covenant relationship. You’re building a life together, and that relationship needs to be protected. Parents, friends, work, ministry, and even your own preferences need appropriate </w:t>
      </w:r>
      <w:r>
        <w:lastRenderedPageBreak/>
        <w:t>boundaries so that they don’t continually pull you away from your responsibilities to each other.</w:t>
      </w:r>
    </w:p>
    <w:p w14:paraId="2C0E0E93" w14:textId="77777777" w:rsidR="005743BD" w:rsidRDefault="005B7A0E">
      <w:r>
        <w:t>You can love your family and still tell them that a decision belongs to you and your spouse. You can serve in ministry and still make time to care for your marriage. You can have friendships without inviting someone else into a place of intimacy or influence that undermines your covenant.</w:t>
      </w:r>
    </w:p>
    <w:p w14:paraId="3251E20A" w14:textId="77777777" w:rsidR="005743BD" w:rsidRDefault="005B7A0E">
      <w:r>
        <w:t>Your marriage needs your attention—and it needs to be a priority.</w:t>
      </w:r>
    </w:p>
    <w:p w14:paraId="0A595BCC" w14:textId="77777777" w:rsidR="005743BD" w:rsidRDefault="005B7A0E">
      <w:r>
        <w:t>If you have children, nurturing your marriage is part of caring for your family. Children benefit from seeing their parents love, respect, and support each other. They need a home where the adults work together and take responsibility for the atmosphere they create.</w:t>
      </w:r>
    </w:p>
    <w:p w14:paraId="21236380" w14:textId="77777777" w:rsidR="005743BD" w:rsidRDefault="005B7A0E">
      <w:r>
        <w:t>That doesn’t mean a spouse’s preferences should override a child’s safety, care, or genuine needs. It means your marriage deserves deliberate care alongside your responsibilities as parents. Don’t become so consumed with managing a household that you forget to nurture the relationship at its heart.</w:t>
      </w:r>
    </w:p>
    <w:p w14:paraId="65ACD66D" w14:textId="77777777" w:rsidR="005743BD" w:rsidRDefault="005B7A0E">
      <w:r>
        <w:t>My husband and I have had to learn this. There are always things that need to be done, people who need help, and responsibilities competing for our time. But we can’t continually give our best attention to everyone else and expect our marriage to thrive on whatever is left.</w:t>
      </w:r>
    </w:p>
    <w:p w14:paraId="32AB04E4" w14:textId="77777777" w:rsidR="005743BD" w:rsidRDefault="005B7A0E">
      <w:r>
        <w:t>God comes first, and our commitment to Him should teach us to be faithful in the responsibilities He’s given us—including how we care for each other.</w:t>
      </w:r>
    </w:p>
    <w:p w14:paraId="65E76AE1" w14:textId="77777777" w:rsidR="005743BD" w:rsidRDefault="005B7A0E">
      <w:r>
        <w:t>A marriage built on the Word also requires a shared direction. Before you marry, you need to talk honestly about faith, obedience, and what place God will have in your home. Do you both intend to follow the whole Bible? Are you willing to be corrected by Scripture? Can you pray together, discuss what you believe, and seek understanding when you disagree?</w:t>
      </w:r>
    </w:p>
    <w:p w14:paraId="79FC2196" w14:textId="77777777" w:rsidR="005743BD" w:rsidRDefault="005B7A0E">
      <w:r>
        <w:lastRenderedPageBreak/>
        <w:t>These are conversations worth having before you exchange vows.</w:t>
      </w:r>
    </w:p>
    <w:p w14:paraId="58A16E41" w14:textId="77777777" w:rsidR="005743BD" w:rsidRDefault="005B7A0E">
      <w:r>
        <w:t>2 Corinthians 6:14 warns, “Do not be unequally yoked together with unbelievers.” Sharing an attraction, interests, or even a church background doesn’t tell you everything you need to know about the direction someone is choosing for their life. Pay attention to their character and their willingness to obey God.</w:t>
      </w:r>
    </w:p>
    <w:p w14:paraId="440F89B5" w14:textId="77777777" w:rsidR="005743BD" w:rsidRDefault="005B7A0E">
      <w:r>
        <w:t>You need more than agreement on what to call yourselves. You need to understand what that commitment looks like in daily life.</w:t>
      </w:r>
    </w:p>
    <w:p w14:paraId="2322B348" w14:textId="77777777" w:rsidR="005743BD" w:rsidRDefault="005B7A0E">
      <w:r>
        <w:t>But what if you’re already married and your spouse doesn’t share your faith? What if one of you has grown in understanding and the other isn’t ready to follow?</w:t>
      </w:r>
    </w:p>
    <w:p w14:paraId="0544926C" w14:textId="77777777" w:rsidR="005743BD" w:rsidRDefault="005B7A0E">
      <w:r>
        <w:t>That’s a different situation from deciding whom to marry, and Scripture addresses it. In 1 Corinthians 7:12–16, Paul gives guidance to believers married to unbelievers. 1 Peter 3 also speaks to the influence of a wife’s conduct when her husband doesn’t obey the Word.</w:t>
      </w:r>
    </w:p>
    <w:p w14:paraId="32B1F4BB" w14:textId="77777777" w:rsidR="005743BD" w:rsidRDefault="005B7A0E">
      <w:r>
        <w:t>You can’t argue someone into a relationship with God. You can pray, speak truth with wisdom, and allow your conduct to reflect what He’s doing in you. Your spouse should be able to see the fruit of your obedience in how you treat them.</w:t>
      </w:r>
    </w:p>
    <w:p w14:paraId="700665F3" w14:textId="77777777" w:rsidR="005743BD" w:rsidRDefault="005B7A0E">
      <w:r>
        <w:t>That doesn’t mean pretending you have no convictions or agreeing to disobey God to keep someone happy. It means walking faithfully, with humility and patience, while recognizing that your spouse must make their own response to Him.</w:t>
      </w:r>
    </w:p>
    <w:p w14:paraId="40820813" w14:textId="77777777" w:rsidR="005743BD" w:rsidRDefault="005B7A0E">
      <w:r>
        <w:t xml:space="preserve">When both of </w:t>
      </w:r>
      <w:proofErr w:type="spellStart"/>
      <w:r>
        <w:t>you’re</w:t>
      </w:r>
      <w:proofErr w:type="spellEnd"/>
      <w:r>
        <w:t xml:space="preserve"> committed to growing in God, make room for that growth together. Pray with each other and for each other. Share what you’re learning. Ask questions. Talk about the Scriptures, including the portions that challenge you.</w:t>
      </w:r>
    </w:p>
    <w:p w14:paraId="577C90DA" w14:textId="77777777" w:rsidR="005743BD" w:rsidRDefault="005B7A0E">
      <w:r>
        <w:t>And let the Word examine both of you.</w:t>
      </w:r>
    </w:p>
    <w:p w14:paraId="60CDCDC4" w14:textId="77777777" w:rsidR="005743BD" w:rsidRDefault="005B7A0E">
      <w:r>
        <w:lastRenderedPageBreak/>
        <w:t>It’s easy to notice instructions directed toward your spouse. A husband can become very interested in what Scripture says to wives, and a wife can have quite a list of what Scripture says her husband should be doing. But you’re responsible for obeying the instructions that apply to you.</w:t>
      </w:r>
    </w:p>
    <w:p w14:paraId="525BB87C" w14:textId="77777777" w:rsidR="005743BD" w:rsidRDefault="005B7A0E">
      <w:r>
        <w:t>Your spouse’s shortcomings don’t cancel your responsibility before God.</w:t>
      </w:r>
    </w:p>
    <w:p w14:paraId="23C1568C" w14:textId="77777777" w:rsidR="005743BD" w:rsidRDefault="005B7A0E">
      <w:r>
        <w:t>Ephesians 5 gives us a picture of marriage that includes submission, sacrificial love, nourishment, and care. Paul begins this part of his instruction with “submitting to one another in the fear of God” (Ephesians 5:21). He then addresses wives and husbands directly.</w:t>
      </w:r>
    </w:p>
    <w:p w14:paraId="4B22091B" w14:textId="77777777" w:rsidR="005743BD" w:rsidRDefault="005B7A0E">
      <w:r>
        <w:t>A wife is instructed to submit to her own husband. That doesn’t place her under the authority of every man, and it doesn’t give her husband permission to control, intimidate, or mistreat her.</w:t>
      </w:r>
    </w:p>
    <w:p w14:paraId="73C43F40" w14:textId="77777777" w:rsidR="005743BD" w:rsidRDefault="005B7A0E">
      <w:r>
        <w:t>A husband is instructed to love his wife as Christ loved the church and gave Himself for her. That’s a serious responsibility. If you want to talk about a husband’s leadership, you need to talk about the sacrifice, humility, and care that belong with it.</w:t>
      </w:r>
    </w:p>
    <w:p w14:paraId="4ABB7069" w14:textId="77777777" w:rsidR="005743BD" w:rsidRDefault="005B7A0E">
      <w:r>
        <w:t>You can’t separate the responsibility from the example.</w:t>
      </w:r>
    </w:p>
    <w:p w14:paraId="13D45738" w14:textId="77777777" w:rsidR="005743BD" w:rsidRDefault="005B7A0E">
      <w:r>
        <w:t>1 Peter 3:7 tells husbands to dwell with their wives with understanding and to give them honor, “as being heirs together of the grace of life, that your prayers may not be hindered.”</w:t>
      </w:r>
    </w:p>
    <w:p w14:paraId="5422C879" w14:textId="77777777" w:rsidR="005743BD" w:rsidRDefault="005B7A0E">
      <w:r>
        <w:t>Think about that. How a husband treats his wife matters to God enough to be connected with his prayers.</w:t>
      </w:r>
    </w:p>
    <w:p w14:paraId="5571AE96" w14:textId="77777777" w:rsidR="005743BD" w:rsidRDefault="005B7A0E">
      <w:r>
        <w:t>She’s someone to understand, honor, and care for. She’s an heir with him of the grace of life. Treating her as though her thoughts, needs, or concerns don’t matter is a failure to take that instruction seriously.</w:t>
      </w:r>
    </w:p>
    <w:p w14:paraId="0543882A" w14:textId="77777777" w:rsidR="005743BD" w:rsidRDefault="005B7A0E">
      <w:r>
        <w:t xml:space="preserve">A wife also has a responsibility to honor her husband, to speak truthfully and respectfully, and to care about his needs. Neither </w:t>
      </w:r>
      <w:r>
        <w:lastRenderedPageBreak/>
        <w:t>spouse should have to live under constant ridicule, contempt, or threats. Neither should be treated as a child, a possession, or someone whose only purpose is to serve the other.</w:t>
      </w:r>
    </w:p>
    <w:p w14:paraId="0ACB544E" w14:textId="77777777" w:rsidR="005743BD" w:rsidRDefault="005B7A0E">
      <w:r>
        <w:t>You’re one flesh. The way you treat your spouse reaches into your own marriage, your own home, and your own relationship with God.</w:t>
      </w:r>
    </w:p>
    <w:p w14:paraId="356DEBC9" w14:textId="77777777" w:rsidR="005743BD" w:rsidRDefault="005B7A0E">
      <w:r>
        <w:t>1 Corinthians 7:3–5 also addresses affection and physical intimacy within marriage. The instructions are mutual. Both husband and wife are called to consider the other, and any period of abstinence for prayer is described as something agreed upon together.</w:t>
      </w:r>
    </w:p>
    <w:p w14:paraId="54FB4161" w14:textId="77777777" w:rsidR="005743BD" w:rsidRDefault="005B7A0E">
      <w:r>
        <w:t>There’s no permission here for coercion or force. Physical intimacy should be approached with love, willingness, tenderness, and concern for each other. Illness, exhaustion, pain, and other difficulties call for understanding and honest conversation. They should never become an opportunity to shame or pressure your spouse.</w:t>
      </w:r>
    </w:p>
    <w:p w14:paraId="46080B64" w14:textId="77777777" w:rsidR="005743BD" w:rsidRDefault="005B7A0E">
      <w:r>
        <w:t>Likewise, affection shouldn’t become a bargaining tool. Withholding love to punish someone damages trust. If something is wrong, address it honestly instead of making your spouse guess what they must do to earn your kindness.</w:t>
      </w:r>
    </w:p>
    <w:p w14:paraId="3DA9DD69" w14:textId="77777777" w:rsidR="005743BD" w:rsidRDefault="005B7A0E">
      <w:r>
        <w:t>Philippians 2:3–4 instructs believers to put away selfish ambition and conceit, to esteem others, and to look beyond their own interests. Those instructions need to reach into your marriage.</w:t>
      </w:r>
    </w:p>
    <w:p w14:paraId="389FD611" w14:textId="77777777" w:rsidR="005743BD" w:rsidRDefault="005B7A0E">
      <w:r>
        <w:t>Ask your spouse how they’re doing, and listen long enough to hear the answer. Notice when they’re overwhelmed. Learn what encourages them and what makes their day harder. Be willing to adjust a habit, share a responsibility, or admit that your way isn’t the only way something can be done.</w:t>
      </w:r>
    </w:p>
    <w:p w14:paraId="66E42A9B" w14:textId="77777777" w:rsidR="005743BD" w:rsidRDefault="005B7A0E">
      <w:r>
        <w:t>Sometimes serving your spouse will look very ordinary. It may be taking care of dinner, making space for rest, following through on a promise, or putting down your phone when they’re trying to talk to you.</w:t>
      </w:r>
    </w:p>
    <w:p w14:paraId="5A4373BE" w14:textId="77777777" w:rsidR="005743BD" w:rsidRDefault="005B7A0E">
      <w:r>
        <w:lastRenderedPageBreak/>
        <w:t>Those things matter because love has to reach beyond what you say.</w:t>
      </w:r>
    </w:p>
    <w:p w14:paraId="68BC2E64" w14:textId="77777777" w:rsidR="005743BD" w:rsidRDefault="005B7A0E">
      <w:r>
        <w:t>So, what does God want from your marriage? He wants faithfulness, love, honor, service, and obedience to His Word. He wants you to take your covenant seriously and to treat each other as people who are precious to Him.</w:t>
      </w:r>
    </w:p>
    <w:p w14:paraId="164CA186" w14:textId="77777777" w:rsidR="005743BD" w:rsidRDefault="005B7A0E">
      <w:r>
        <w:t>And what does He want for your marriage? A relationship in which truth can be spoken, trust can grow, affection can be nurtured, and both of you can grow in holiness.</w:t>
      </w:r>
    </w:p>
    <w:p w14:paraId="14DD5A70" w14:textId="77777777" w:rsidR="005743BD" w:rsidRDefault="005B7A0E">
      <w:r>
        <w:t>You won’t do everything perfectly. There will be things to learn and things to change. But when the Word is your standard, you have a direction to follow—and a place to return when you get off course.</w:t>
      </w:r>
    </w:p>
    <w:p w14:paraId="0AE33C7A" w14:textId="77777777" w:rsidR="005743BD" w:rsidRDefault="005B7A0E">
      <w:r>
        <w:br w:type="page"/>
      </w:r>
    </w:p>
    <w:p w14:paraId="4A93DA3A" w14:textId="77777777" w:rsidR="005743BD" w:rsidRDefault="005B7A0E">
      <w:pPr>
        <w:pStyle w:val="Heading2"/>
        <w:spacing w:after="240"/>
      </w:pPr>
      <w:r>
        <w:lastRenderedPageBreak/>
        <w:t>Reflection</w:t>
      </w:r>
    </w:p>
    <w:p w14:paraId="2527CEF8" w14:textId="77777777" w:rsidR="005743BD" w:rsidRDefault="005B7A0E">
      <w:pPr>
        <w:pStyle w:val="Heading3"/>
        <w:spacing w:after="100"/>
      </w:pPr>
      <w:r>
        <w:t>Scripture for Study</w:t>
      </w:r>
    </w:p>
    <w:p w14:paraId="033BC927" w14:textId="77777777" w:rsidR="005743BD" w:rsidRDefault="005B7A0E">
      <w:pPr>
        <w:spacing w:after="400"/>
      </w:pPr>
      <w:r>
        <w:rPr>
          <w:sz w:val="22"/>
        </w:rPr>
        <w:t>Genesis 2:20–24   •   Ephesians 5:21–33   •   1 Peter 3:1–7   •   1 Corinthians 7:3–5</w:t>
      </w:r>
    </w:p>
    <w:p w14:paraId="27A09478" w14:textId="77777777" w:rsidR="005743BD" w:rsidRDefault="005B7A0E">
      <w:pPr>
        <w:keepNext/>
      </w:pPr>
      <w:r>
        <w:t>1. Read the instructions directed toward you in Ephesians 5 and 1 Peter 3. What do you notice about your own responsibilities? What’s one change you need to make in how you treat your spouse?</w:t>
      </w:r>
    </w:p>
    <w:p w14:paraId="566C7505" w14:textId="77777777" w:rsidR="005743BD" w:rsidRDefault="005B7A0E">
      <w:pPr>
        <w:pBdr>
          <w:bottom w:val="single" w:sz="3" w:space="0" w:color="B8B8B8"/>
          <w:between w:val="single" w:sz="3" w:space="0" w:color="B8B8B8"/>
        </w:pBdr>
        <w:spacing w:after="0" w:line="440" w:lineRule="exact"/>
      </w:pPr>
      <w:r>
        <w:rPr>
          <w:sz w:val="2"/>
        </w:rPr>
        <w:t xml:space="preserve"> </w:t>
      </w:r>
    </w:p>
    <w:p w14:paraId="19D21EDB" w14:textId="77777777" w:rsidR="005743BD" w:rsidRDefault="005B7A0E">
      <w:pPr>
        <w:pBdr>
          <w:bottom w:val="single" w:sz="3" w:space="0" w:color="B8B8B8"/>
          <w:between w:val="single" w:sz="3" w:space="0" w:color="B8B8B8"/>
        </w:pBdr>
        <w:spacing w:after="0" w:line="440" w:lineRule="exact"/>
      </w:pPr>
      <w:r>
        <w:rPr>
          <w:sz w:val="2"/>
        </w:rPr>
        <w:t xml:space="preserve"> </w:t>
      </w:r>
    </w:p>
    <w:p w14:paraId="2CF66976" w14:textId="77777777" w:rsidR="005743BD" w:rsidRDefault="005B7A0E">
      <w:pPr>
        <w:pBdr>
          <w:bottom w:val="single" w:sz="3" w:space="0" w:color="B8B8B8"/>
          <w:between w:val="single" w:sz="3" w:space="0" w:color="B8B8B8"/>
        </w:pBdr>
        <w:spacing w:after="0" w:line="440" w:lineRule="exact"/>
      </w:pPr>
      <w:r>
        <w:rPr>
          <w:sz w:val="2"/>
        </w:rPr>
        <w:t xml:space="preserve"> </w:t>
      </w:r>
    </w:p>
    <w:p w14:paraId="0438ACA9" w14:textId="77777777" w:rsidR="005743BD" w:rsidRDefault="005B7A0E">
      <w:pPr>
        <w:pBdr>
          <w:bottom w:val="single" w:sz="3" w:space="0" w:color="B8B8B8"/>
          <w:between w:val="single" w:sz="3" w:space="0" w:color="B8B8B8"/>
        </w:pBdr>
        <w:spacing w:after="0" w:line="440" w:lineRule="exact"/>
      </w:pPr>
      <w:r>
        <w:rPr>
          <w:sz w:val="2"/>
        </w:rPr>
        <w:t xml:space="preserve"> </w:t>
      </w:r>
    </w:p>
    <w:p w14:paraId="0D448C3D" w14:textId="77777777" w:rsidR="005743BD" w:rsidRDefault="005B7A0E">
      <w:pPr>
        <w:pBdr>
          <w:bottom w:val="single" w:sz="3" w:space="0" w:color="B8B8B8"/>
          <w:between w:val="single" w:sz="3" w:space="0" w:color="B8B8B8"/>
        </w:pBdr>
        <w:spacing w:after="0" w:line="440" w:lineRule="exact"/>
      </w:pPr>
      <w:r>
        <w:rPr>
          <w:sz w:val="2"/>
        </w:rPr>
        <w:t xml:space="preserve"> </w:t>
      </w:r>
    </w:p>
    <w:p w14:paraId="19C4C685" w14:textId="77777777" w:rsidR="005743BD" w:rsidRDefault="005743BD">
      <w:pPr>
        <w:spacing w:after="0" w:line="240" w:lineRule="exact"/>
      </w:pPr>
    </w:p>
    <w:p w14:paraId="2D00A54C" w14:textId="77777777" w:rsidR="005743BD" w:rsidRDefault="005B7A0E">
      <w:pPr>
        <w:keepNext/>
      </w:pPr>
      <w:r>
        <w:t>2. Are there outside influences, competing responsibilities, or habits that regularly interfere with your unity? What boundary or practical adjustment could help you protect your marriage while meeting your responsibilities?</w:t>
      </w:r>
    </w:p>
    <w:p w14:paraId="0CD22B4E" w14:textId="77777777" w:rsidR="005743BD" w:rsidRDefault="005B7A0E">
      <w:pPr>
        <w:pBdr>
          <w:bottom w:val="single" w:sz="3" w:space="0" w:color="B8B8B8"/>
          <w:between w:val="single" w:sz="3" w:space="0" w:color="B8B8B8"/>
        </w:pBdr>
        <w:spacing w:after="0" w:line="440" w:lineRule="exact"/>
      </w:pPr>
      <w:r>
        <w:rPr>
          <w:sz w:val="2"/>
        </w:rPr>
        <w:t xml:space="preserve"> </w:t>
      </w:r>
    </w:p>
    <w:p w14:paraId="75D408E1" w14:textId="77777777" w:rsidR="005743BD" w:rsidRDefault="005B7A0E">
      <w:pPr>
        <w:pBdr>
          <w:bottom w:val="single" w:sz="3" w:space="0" w:color="B8B8B8"/>
          <w:between w:val="single" w:sz="3" w:space="0" w:color="B8B8B8"/>
        </w:pBdr>
        <w:spacing w:after="0" w:line="440" w:lineRule="exact"/>
      </w:pPr>
      <w:r>
        <w:rPr>
          <w:sz w:val="2"/>
        </w:rPr>
        <w:t xml:space="preserve"> </w:t>
      </w:r>
    </w:p>
    <w:p w14:paraId="62658CC2" w14:textId="77777777" w:rsidR="005743BD" w:rsidRDefault="005B7A0E">
      <w:pPr>
        <w:pBdr>
          <w:bottom w:val="single" w:sz="3" w:space="0" w:color="B8B8B8"/>
          <w:between w:val="single" w:sz="3" w:space="0" w:color="B8B8B8"/>
        </w:pBdr>
        <w:spacing w:after="0" w:line="440" w:lineRule="exact"/>
      </w:pPr>
      <w:r>
        <w:rPr>
          <w:sz w:val="2"/>
        </w:rPr>
        <w:t xml:space="preserve"> </w:t>
      </w:r>
    </w:p>
    <w:p w14:paraId="6CD5D367" w14:textId="77777777" w:rsidR="005743BD" w:rsidRDefault="005B7A0E">
      <w:pPr>
        <w:pBdr>
          <w:bottom w:val="single" w:sz="3" w:space="0" w:color="B8B8B8"/>
          <w:between w:val="single" w:sz="3" w:space="0" w:color="B8B8B8"/>
        </w:pBdr>
        <w:spacing w:after="0" w:line="440" w:lineRule="exact"/>
      </w:pPr>
      <w:r>
        <w:rPr>
          <w:sz w:val="2"/>
        </w:rPr>
        <w:t xml:space="preserve"> </w:t>
      </w:r>
    </w:p>
    <w:p w14:paraId="621C09F5" w14:textId="77777777" w:rsidR="005743BD" w:rsidRDefault="005B7A0E">
      <w:pPr>
        <w:pBdr>
          <w:bottom w:val="single" w:sz="3" w:space="0" w:color="B8B8B8"/>
          <w:between w:val="single" w:sz="3" w:space="0" w:color="B8B8B8"/>
        </w:pBdr>
        <w:spacing w:after="0" w:line="440" w:lineRule="exact"/>
      </w:pPr>
      <w:r>
        <w:rPr>
          <w:sz w:val="2"/>
        </w:rPr>
        <w:t xml:space="preserve"> </w:t>
      </w:r>
    </w:p>
    <w:p w14:paraId="68B6D970" w14:textId="77777777" w:rsidR="005743BD" w:rsidRDefault="005743BD">
      <w:pPr>
        <w:spacing w:after="0" w:line="240" w:lineRule="exact"/>
      </w:pPr>
    </w:p>
    <w:p w14:paraId="49C08AEF" w14:textId="77777777" w:rsidR="005743BD" w:rsidRDefault="005B7A0E">
      <w:r>
        <w:br w:type="page"/>
      </w:r>
    </w:p>
    <w:p w14:paraId="7A9EC637" w14:textId="5A3106D0" w:rsidR="005743BD" w:rsidRDefault="005B7A0E">
      <w:pPr>
        <w:pStyle w:val="Heading2"/>
        <w:spacing w:after="240"/>
      </w:pPr>
      <w:r>
        <w:lastRenderedPageBreak/>
        <w:t xml:space="preserve">Reflection </w:t>
      </w:r>
    </w:p>
    <w:p w14:paraId="3827328D" w14:textId="77777777" w:rsidR="005743BD" w:rsidRDefault="005B7A0E">
      <w:pPr>
        <w:spacing w:after="400"/>
      </w:pPr>
      <w:r>
        <w:rPr>
          <w:i/>
          <w:sz w:val="22"/>
        </w:rPr>
        <w:t>Take your time. Pray, reflect, and write.</w:t>
      </w:r>
    </w:p>
    <w:p w14:paraId="52CB2DC1" w14:textId="77777777" w:rsidR="005743BD" w:rsidRDefault="005B7A0E">
      <w:pPr>
        <w:keepNext/>
      </w:pPr>
      <w:r>
        <w:t>3. Ask your spouse, “What’s one way I could help you feel more loved, honored, or supported?” Listen without defending yourself, then discuss one practical step you can take.</w:t>
      </w:r>
    </w:p>
    <w:p w14:paraId="57A7197B" w14:textId="77777777" w:rsidR="005743BD" w:rsidRDefault="005B7A0E">
      <w:pPr>
        <w:pBdr>
          <w:bottom w:val="single" w:sz="3" w:space="0" w:color="B8B8B8"/>
          <w:between w:val="single" w:sz="3" w:space="0" w:color="B8B8B8"/>
        </w:pBdr>
        <w:spacing w:after="0" w:line="440" w:lineRule="exact"/>
      </w:pPr>
      <w:r>
        <w:rPr>
          <w:sz w:val="2"/>
        </w:rPr>
        <w:t xml:space="preserve"> </w:t>
      </w:r>
    </w:p>
    <w:p w14:paraId="408971C1" w14:textId="77777777" w:rsidR="005743BD" w:rsidRDefault="005B7A0E">
      <w:pPr>
        <w:pBdr>
          <w:bottom w:val="single" w:sz="3" w:space="0" w:color="B8B8B8"/>
          <w:between w:val="single" w:sz="3" w:space="0" w:color="B8B8B8"/>
        </w:pBdr>
        <w:spacing w:after="0" w:line="440" w:lineRule="exact"/>
      </w:pPr>
      <w:r>
        <w:rPr>
          <w:sz w:val="2"/>
        </w:rPr>
        <w:t xml:space="preserve"> </w:t>
      </w:r>
    </w:p>
    <w:p w14:paraId="73DDCC6E" w14:textId="77777777" w:rsidR="005743BD" w:rsidRDefault="005B7A0E">
      <w:pPr>
        <w:pBdr>
          <w:bottom w:val="single" w:sz="3" w:space="0" w:color="B8B8B8"/>
          <w:between w:val="single" w:sz="3" w:space="0" w:color="B8B8B8"/>
        </w:pBdr>
        <w:spacing w:after="0" w:line="440" w:lineRule="exact"/>
      </w:pPr>
      <w:r>
        <w:rPr>
          <w:sz w:val="2"/>
        </w:rPr>
        <w:t xml:space="preserve"> </w:t>
      </w:r>
    </w:p>
    <w:p w14:paraId="1EF89791" w14:textId="77777777" w:rsidR="005743BD" w:rsidRDefault="005B7A0E">
      <w:pPr>
        <w:pBdr>
          <w:bottom w:val="single" w:sz="3" w:space="0" w:color="B8B8B8"/>
          <w:between w:val="single" w:sz="3" w:space="0" w:color="B8B8B8"/>
        </w:pBdr>
        <w:spacing w:after="0" w:line="440" w:lineRule="exact"/>
      </w:pPr>
      <w:r>
        <w:rPr>
          <w:sz w:val="2"/>
        </w:rPr>
        <w:t xml:space="preserve"> </w:t>
      </w:r>
    </w:p>
    <w:p w14:paraId="41DB560A" w14:textId="77777777" w:rsidR="005743BD" w:rsidRDefault="005B7A0E">
      <w:pPr>
        <w:pBdr>
          <w:bottom w:val="single" w:sz="3" w:space="0" w:color="B8B8B8"/>
          <w:between w:val="single" w:sz="3" w:space="0" w:color="B8B8B8"/>
        </w:pBdr>
        <w:spacing w:after="0" w:line="440" w:lineRule="exact"/>
      </w:pPr>
      <w:r>
        <w:rPr>
          <w:sz w:val="2"/>
        </w:rPr>
        <w:t xml:space="preserve"> </w:t>
      </w:r>
    </w:p>
    <w:p w14:paraId="16809899" w14:textId="77777777" w:rsidR="005743BD" w:rsidRDefault="005B7A0E">
      <w:pPr>
        <w:pBdr>
          <w:bottom w:val="single" w:sz="3" w:space="0" w:color="B8B8B8"/>
          <w:between w:val="single" w:sz="3" w:space="0" w:color="B8B8B8"/>
        </w:pBdr>
        <w:spacing w:after="0" w:line="440" w:lineRule="exact"/>
      </w:pPr>
      <w:r>
        <w:rPr>
          <w:sz w:val="2"/>
        </w:rPr>
        <w:t xml:space="preserve"> </w:t>
      </w:r>
    </w:p>
    <w:p w14:paraId="5E6AECB0" w14:textId="77777777" w:rsidR="005743BD" w:rsidRDefault="005743BD">
      <w:pPr>
        <w:spacing w:after="0" w:line="240" w:lineRule="exact"/>
      </w:pPr>
    </w:p>
    <w:p w14:paraId="4707043D" w14:textId="77777777" w:rsidR="005743BD" w:rsidRDefault="005B7A0E">
      <w:pPr>
        <w:keepNext/>
      </w:pPr>
      <w:r>
        <w:t>4. What’s one thing that you admire about your spouse?</w:t>
      </w:r>
    </w:p>
    <w:p w14:paraId="733A6C01" w14:textId="77777777" w:rsidR="005743BD" w:rsidRDefault="005B7A0E">
      <w:pPr>
        <w:pBdr>
          <w:bottom w:val="single" w:sz="3" w:space="0" w:color="B8B8B8"/>
          <w:between w:val="single" w:sz="3" w:space="0" w:color="B8B8B8"/>
        </w:pBdr>
        <w:spacing w:after="0" w:line="440" w:lineRule="exact"/>
      </w:pPr>
      <w:r>
        <w:rPr>
          <w:sz w:val="2"/>
        </w:rPr>
        <w:t xml:space="preserve"> </w:t>
      </w:r>
    </w:p>
    <w:p w14:paraId="234E4605" w14:textId="77777777" w:rsidR="005743BD" w:rsidRDefault="005B7A0E">
      <w:pPr>
        <w:pBdr>
          <w:bottom w:val="single" w:sz="3" w:space="0" w:color="B8B8B8"/>
          <w:between w:val="single" w:sz="3" w:space="0" w:color="B8B8B8"/>
        </w:pBdr>
        <w:spacing w:after="0" w:line="440" w:lineRule="exact"/>
      </w:pPr>
      <w:r>
        <w:rPr>
          <w:sz w:val="2"/>
        </w:rPr>
        <w:t xml:space="preserve"> </w:t>
      </w:r>
    </w:p>
    <w:p w14:paraId="0CE0F7C6" w14:textId="77777777" w:rsidR="005743BD" w:rsidRDefault="005B7A0E">
      <w:pPr>
        <w:pBdr>
          <w:bottom w:val="single" w:sz="3" w:space="0" w:color="B8B8B8"/>
          <w:between w:val="single" w:sz="3" w:space="0" w:color="B8B8B8"/>
        </w:pBdr>
        <w:spacing w:after="0" w:line="440" w:lineRule="exact"/>
      </w:pPr>
      <w:r>
        <w:rPr>
          <w:sz w:val="2"/>
        </w:rPr>
        <w:t xml:space="preserve"> </w:t>
      </w:r>
    </w:p>
    <w:p w14:paraId="2D8E251F" w14:textId="77777777" w:rsidR="005743BD" w:rsidRDefault="005B7A0E">
      <w:pPr>
        <w:pBdr>
          <w:bottom w:val="single" w:sz="3" w:space="0" w:color="B8B8B8"/>
          <w:between w:val="single" w:sz="3" w:space="0" w:color="B8B8B8"/>
        </w:pBdr>
        <w:spacing w:after="0" w:line="440" w:lineRule="exact"/>
      </w:pPr>
      <w:r>
        <w:rPr>
          <w:sz w:val="2"/>
        </w:rPr>
        <w:t xml:space="preserve"> </w:t>
      </w:r>
    </w:p>
    <w:p w14:paraId="4132E6F6" w14:textId="77777777" w:rsidR="005743BD" w:rsidRDefault="005B7A0E">
      <w:pPr>
        <w:pBdr>
          <w:bottom w:val="single" w:sz="3" w:space="0" w:color="B8B8B8"/>
          <w:between w:val="single" w:sz="3" w:space="0" w:color="B8B8B8"/>
        </w:pBdr>
        <w:spacing w:after="0" w:line="440" w:lineRule="exact"/>
      </w:pPr>
      <w:r>
        <w:rPr>
          <w:sz w:val="2"/>
        </w:rPr>
        <w:t xml:space="preserve"> </w:t>
      </w:r>
    </w:p>
    <w:p w14:paraId="58D336E5" w14:textId="77777777" w:rsidR="005743BD" w:rsidRDefault="005B7A0E">
      <w:pPr>
        <w:pBdr>
          <w:bottom w:val="single" w:sz="3" w:space="0" w:color="B8B8B8"/>
          <w:between w:val="single" w:sz="3" w:space="0" w:color="B8B8B8"/>
        </w:pBdr>
        <w:spacing w:after="0" w:line="440" w:lineRule="exact"/>
      </w:pPr>
      <w:r>
        <w:rPr>
          <w:sz w:val="2"/>
        </w:rPr>
        <w:t xml:space="preserve"> </w:t>
      </w:r>
    </w:p>
    <w:p w14:paraId="39EDCCA1" w14:textId="77777777" w:rsidR="005743BD" w:rsidRDefault="005743BD">
      <w:pPr>
        <w:spacing w:after="0" w:line="240" w:lineRule="exact"/>
      </w:pPr>
    </w:p>
    <w:p w14:paraId="72D0035E" w14:textId="77777777" w:rsidR="005743BD" w:rsidRDefault="005B7A0E">
      <w:r>
        <w:br w:type="page"/>
      </w:r>
    </w:p>
    <w:p w14:paraId="311E26E8" w14:textId="73F6B2AA" w:rsidR="005743BD" w:rsidRDefault="005B7A0E">
      <w:pPr>
        <w:pStyle w:val="Heading2"/>
        <w:spacing w:after="240"/>
      </w:pPr>
      <w:r>
        <w:lastRenderedPageBreak/>
        <w:t xml:space="preserve">Reflection </w:t>
      </w:r>
    </w:p>
    <w:p w14:paraId="6CC77290" w14:textId="77777777" w:rsidR="005743BD" w:rsidRDefault="005B7A0E">
      <w:pPr>
        <w:spacing w:after="400"/>
      </w:pPr>
      <w:r>
        <w:rPr>
          <w:i/>
          <w:sz w:val="22"/>
        </w:rPr>
        <w:t>Take your time. Pray, reflect, and write.</w:t>
      </w:r>
    </w:p>
    <w:p w14:paraId="3A82E7D0" w14:textId="77777777" w:rsidR="005743BD" w:rsidRDefault="005B7A0E">
      <w:pPr>
        <w:keepNext/>
      </w:pPr>
      <w:r>
        <w:t>5. What’s one way that your spouse blesses you or has blessed you?</w:t>
      </w:r>
    </w:p>
    <w:p w14:paraId="4B03E6CF" w14:textId="77777777" w:rsidR="005743BD" w:rsidRDefault="005B7A0E">
      <w:pPr>
        <w:pBdr>
          <w:bottom w:val="single" w:sz="3" w:space="0" w:color="B8B8B8"/>
          <w:between w:val="single" w:sz="3" w:space="0" w:color="B8B8B8"/>
        </w:pBdr>
        <w:spacing w:after="0" w:line="440" w:lineRule="exact"/>
      </w:pPr>
      <w:r>
        <w:rPr>
          <w:sz w:val="2"/>
        </w:rPr>
        <w:t xml:space="preserve"> </w:t>
      </w:r>
    </w:p>
    <w:p w14:paraId="6FBA81A4" w14:textId="77777777" w:rsidR="005743BD" w:rsidRDefault="005B7A0E">
      <w:pPr>
        <w:pBdr>
          <w:bottom w:val="single" w:sz="3" w:space="0" w:color="B8B8B8"/>
          <w:between w:val="single" w:sz="3" w:space="0" w:color="B8B8B8"/>
        </w:pBdr>
        <w:spacing w:after="0" w:line="440" w:lineRule="exact"/>
      </w:pPr>
      <w:r>
        <w:rPr>
          <w:sz w:val="2"/>
        </w:rPr>
        <w:t xml:space="preserve"> </w:t>
      </w:r>
    </w:p>
    <w:p w14:paraId="610C66BD" w14:textId="77777777" w:rsidR="005743BD" w:rsidRDefault="005B7A0E">
      <w:pPr>
        <w:pBdr>
          <w:bottom w:val="single" w:sz="3" w:space="0" w:color="B8B8B8"/>
          <w:between w:val="single" w:sz="3" w:space="0" w:color="B8B8B8"/>
        </w:pBdr>
        <w:spacing w:after="0" w:line="440" w:lineRule="exact"/>
      </w:pPr>
      <w:r>
        <w:rPr>
          <w:sz w:val="2"/>
        </w:rPr>
        <w:t xml:space="preserve"> </w:t>
      </w:r>
    </w:p>
    <w:p w14:paraId="33CE4BBC" w14:textId="77777777" w:rsidR="005743BD" w:rsidRDefault="005B7A0E">
      <w:pPr>
        <w:pBdr>
          <w:bottom w:val="single" w:sz="3" w:space="0" w:color="B8B8B8"/>
          <w:between w:val="single" w:sz="3" w:space="0" w:color="B8B8B8"/>
        </w:pBdr>
        <w:spacing w:after="0" w:line="440" w:lineRule="exact"/>
      </w:pPr>
      <w:r>
        <w:rPr>
          <w:sz w:val="2"/>
        </w:rPr>
        <w:t xml:space="preserve"> </w:t>
      </w:r>
    </w:p>
    <w:p w14:paraId="0C3C346E" w14:textId="77777777" w:rsidR="005743BD" w:rsidRDefault="005B7A0E">
      <w:pPr>
        <w:pBdr>
          <w:bottom w:val="single" w:sz="3" w:space="0" w:color="B8B8B8"/>
          <w:between w:val="single" w:sz="3" w:space="0" w:color="B8B8B8"/>
        </w:pBdr>
        <w:spacing w:after="0" w:line="440" w:lineRule="exact"/>
      </w:pPr>
      <w:r>
        <w:rPr>
          <w:sz w:val="2"/>
        </w:rPr>
        <w:t xml:space="preserve"> </w:t>
      </w:r>
    </w:p>
    <w:p w14:paraId="7CB41E39" w14:textId="77777777" w:rsidR="005743BD" w:rsidRDefault="005B7A0E">
      <w:pPr>
        <w:pBdr>
          <w:bottom w:val="single" w:sz="3" w:space="0" w:color="B8B8B8"/>
          <w:between w:val="single" w:sz="3" w:space="0" w:color="B8B8B8"/>
        </w:pBdr>
        <w:spacing w:after="0" w:line="440" w:lineRule="exact"/>
      </w:pPr>
      <w:r>
        <w:rPr>
          <w:sz w:val="2"/>
        </w:rPr>
        <w:t xml:space="preserve"> </w:t>
      </w:r>
    </w:p>
    <w:p w14:paraId="24F86EBD" w14:textId="77777777" w:rsidR="005743BD" w:rsidRDefault="005743BD">
      <w:pPr>
        <w:spacing w:after="0" w:line="240" w:lineRule="exact"/>
      </w:pPr>
    </w:p>
    <w:p w14:paraId="69BD1037" w14:textId="77777777" w:rsidR="005743BD" w:rsidRDefault="005B7A0E">
      <w:pPr>
        <w:keepNext/>
      </w:pPr>
      <w:r>
        <w:t>6. What’s one thing that you can commit to today to make your marriage better or stronger?</w:t>
      </w:r>
    </w:p>
    <w:p w14:paraId="1523F9BB" w14:textId="77777777" w:rsidR="005743BD" w:rsidRDefault="005B7A0E">
      <w:pPr>
        <w:pBdr>
          <w:bottom w:val="single" w:sz="3" w:space="0" w:color="B8B8B8"/>
          <w:between w:val="single" w:sz="3" w:space="0" w:color="B8B8B8"/>
        </w:pBdr>
        <w:spacing w:after="0" w:line="440" w:lineRule="exact"/>
      </w:pPr>
      <w:r>
        <w:rPr>
          <w:sz w:val="2"/>
        </w:rPr>
        <w:t xml:space="preserve"> </w:t>
      </w:r>
    </w:p>
    <w:p w14:paraId="2030360E" w14:textId="77777777" w:rsidR="005743BD" w:rsidRDefault="005B7A0E">
      <w:pPr>
        <w:pBdr>
          <w:bottom w:val="single" w:sz="3" w:space="0" w:color="B8B8B8"/>
          <w:between w:val="single" w:sz="3" w:space="0" w:color="B8B8B8"/>
        </w:pBdr>
        <w:spacing w:after="0" w:line="440" w:lineRule="exact"/>
      </w:pPr>
      <w:r>
        <w:rPr>
          <w:sz w:val="2"/>
        </w:rPr>
        <w:t xml:space="preserve"> </w:t>
      </w:r>
    </w:p>
    <w:p w14:paraId="7496769F" w14:textId="77777777" w:rsidR="005743BD" w:rsidRDefault="005B7A0E">
      <w:pPr>
        <w:pBdr>
          <w:bottom w:val="single" w:sz="3" w:space="0" w:color="B8B8B8"/>
          <w:between w:val="single" w:sz="3" w:space="0" w:color="B8B8B8"/>
        </w:pBdr>
        <w:spacing w:after="0" w:line="440" w:lineRule="exact"/>
      </w:pPr>
      <w:r>
        <w:rPr>
          <w:sz w:val="2"/>
        </w:rPr>
        <w:t xml:space="preserve"> </w:t>
      </w:r>
    </w:p>
    <w:p w14:paraId="4B51B32A" w14:textId="77777777" w:rsidR="005743BD" w:rsidRDefault="005B7A0E">
      <w:pPr>
        <w:pBdr>
          <w:bottom w:val="single" w:sz="3" w:space="0" w:color="B8B8B8"/>
          <w:between w:val="single" w:sz="3" w:space="0" w:color="B8B8B8"/>
        </w:pBdr>
        <w:spacing w:after="0" w:line="440" w:lineRule="exact"/>
      </w:pPr>
      <w:r>
        <w:rPr>
          <w:sz w:val="2"/>
        </w:rPr>
        <w:t xml:space="preserve"> </w:t>
      </w:r>
    </w:p>
    <w:p w14:paraId="18532069" w14:textId="77777777" w:rsidR="005743BD" w:rsidRDefault="005B7A0E">
      <w:pPr>
        <w:pBdr>
          <w:bottom w:val="single" w:sz="3" w:space="0" w:color="B8B8B8"/>
          <w:between w:val="single" w:sz="3" w:space="0" w:color="B8B8B8"/>
        </w:pBdr>
        <w:spacing w:after="0" w:line="440" w:lineRule="exact"/>
      </w:pPr>
      <w:r>
        <w:rPr>
          <w:sz w:val="2"/>
        </w:rPr>
        <w:t xml:space="preserve"> </w:t>
      </w:r>
    </w:p>
    <w:p w14:paraId="480F20EE" w14:textId="77777777" w:rsidR="005743BD" w:rsidRDefault="005B7A0E">
      <w:pPr>
        <w:pBdr>
          <w:bottom w:val="single" w:sz="3" w:space="0" w:color="B8B8B8"/>
          <w:between w:val="single" w:sz="3" w:space="0" w:color="B8B8B8"/>
        </w:pBdr>
        <w:spacing w:after="0" w:line="440" w:lineRule="exact"/>
      </w:pPr>
      <w:r>
        <w:rPr>
          <w:sz w:val="2"/>
        </w:rPr>
        <w:t xml:space="preserve"> </w:t>
      </w:r>
    </w:p>
    <w:p w14:paraId="076F1A90" w14:textId="77777777" w:rsidR="005743BD" w:rsidRDefault="005743BD">
      <w:pPr>
        <w:spacing w:after="0" w:line="240" w:lineRule="exact"/>
      </w:pPr>
    </w:p>
    <w:p w14:paraId="4C5AC075" w14:textId="77777777" w:rsidR="005743BD" w:rsidRDefault="005743BD">
      <w:pPr>
        <w:sectPr w:rsidR="005743BD">
          <w:footerReference w:type="default" r:id="rId12"/>
          <w:type w:val="oddPage"/>
          <w:pgSz w:w="10080" w:h="14400"/>
          <w:pgMar w:top="1152" w:right="1152" w:bottom="1152" w:left="1296" w:header="504" w:footer="504" w:gutter="0"/>
          <w:cols w:space="720"/>
          <w:docGrid w:linePitch="360"/>
        </w:sectPr>
      </w:pPr>
    </w:p>
    <w:p w14:paraId="67A8E114" w14:textId="6EAFF4A4" w:rsidR="00C3140B" w:rsidRDefault="00C3140B">
      <w:pPr>
        <w:spacing w:after="200"/>
        <w:rPr>
          <w:rFonts w:cstheme="majorBidi"/>
          <w:b/>
          <w:bCs/>
          <w:sz w:val="42"/>
          <w:szCs w:val="28"/>
        </w:rPr>
      </w:pPr>
    </w:p>
    <w:p w14:paraId="40AEF711" w14:textId="77777777" w:rsidR="00C3140B" w:rsidRDefault="00C3140B">
      <w:pPr>
        <w:pStyle w:val="Heading1"/>
      </w:pPr>
    </w:p>
    <w:p w14:paraId="7872FD63" w14:textId="77777777" w:rsidR="00C3140B" w:rsidRDefault="00C3140B">
      <w:pPr>
        <w:pStyle w:val="Heading1"/>
      </w:pPr>
    </w:p>
    <w:p w14:paraId="50700182" w14:textId="77777777" w:rsidR="00C3140B" w:rsidRDefault="00C3140B">
      <w:pPr>
        <w:pStyle w:val="Heading1"/>
      </w:pPr>
    </w:p>
    <w:p w14:paraId="2A6B5EBF" w14:textId="6E6FC1F0" w:rsidR="005743BD" w:rsidRDefault="005B7A0E">
      <w:pPr>
        <w:pStyle w:val="Heading1"/>
      </w:pPr>
      <w:r>
        <w:t>5. Release yourself from selfishness.</w:t>
      </w:r>
    </w:p>
    <w:p w14:paraId="741E8E97" w14:textId="77777777" w:rsidR="005743BD" w:rsidRDefault="005B7A0E">
      <w:r>
        <w:t>One of the most devastating things you can bring into your marriage is your own selfishness. When you’re only thinking of yourself, only doing for yourself, you can eventually find yourself by yourself. You may still share an address, but the closeness you once enjoyed will suffer when one person’s wants continually take priority.</w:t>
      </w:r>
    </w:p>
    <w:p w14:paraId="53512274" w14:textId="77777777" w:rsidR="005743BD" w:rsidRDefault="005B7A0E">
      <w:r>
        <w:t>Marriage requires you to care about your spouse’s life as deeply as you care about your own. Their time, needs, concerns, and hopes matter. You can’t build a strong marriage while treating those things as interruptions to what you would rather be doing.</w:t>
      </w:r>
    </w:p>
    <w:p w14:paraId="6AA38FAF" w14:textId="77777777" w:rsidR="005743BD" w:rsidRDefault="005B7A0E">
      <w:r>
        <w:t>Now, this doesn’t mean that you should stop taking care of yourself. You need rest, nourishment, time with God, and appropriate boundaries. Sometimes you need help. Being honest about those needs is part of taking responsibility for yourself and your marriage.</w:t>
      </w:r>
    </w:p>
    <w:p w14:paraId="1FCC1AB9" w14:textId="77777777" w:rsidR="005743BD" w:rsidRDefault="005B7A0E">
      <w:r>
        <w:t>The question is whether you’re making room for your spouse’s needs too. Can both of you ask for help? Can both of you rest? Are you willing to make an adjustment when something matters to them, or does the relationship always have to work around you?</w:t>
      </w:r>
    </w:p>
    <w:p w14:paraId="7429DF21" w14:textId="77777777" w:rsidR="005743BD" w:rsidRDefault="005B7A0E">
      <w:r>
        <w:t>Those questions can get uncomfortable pretty quickly. They’re still worth asking.</w:t>
      </w:r>
    </w:p>
    <w:p w14:paraId="0561F079" w14:textId="77777777" w:rsidR="005743BD" w:rsidRDefault="005B7A0E">
      <w:r>
        <w:lastRenderedPageBreak/>
        <w:t>My husband gives a beautiful illustration of love that we share as a foundational truth when we counsel couples: “Love isn’t about what you’re willing to give; it’s about what you’re willing to give up.”</w:t>
      </w:r>
    </w:p>
    <w:p w14:paraId="1953129F" w14:textId="77777777" w:rsidR="005743BD" w:rsidRDefault="005B7A0E">
      <w:r>
        <w:t>It’s worth considering what you’re willing to surrender for the good of your marriage. Sometimes it’s your time or a convenience. Sometimes it’s the last word, the need to be right, or a habit you’ve defended for years because “that’s just how I’m.”</w:t>
      </w:r>
    </w:p>
    <w:p w14:paraId="22FE2E3D" w14:textId="77777777" w:rsidR="005743BD" w:rsidRDefault="005B7A0E">
      <w:r>
        <w:t>Following Jesus requires you to examine those things and learn to reflect His character through selflessness, humility, and love. Your marriage will give you plenty of opportunities to put that into practice.</w:t>
      </w:r>
    </w:p>
    <w:p w14:paraId="0C4090C9" w14:textId="77777777" w:rsidR="005743BD" w:rsidRDefault="005B7A0E">
      <w:r>
        <w:t>Philippians 2:3–4 says, “Let nothing be done through selfish ambition or conceit, but in lowliness of mind let each esteem others better than himself. Let each of you look out not only for his own interests, but also for the interests of others.”</w:t>
      </w:r>
    </w:p>
    <w:p w14:paraId="23FF3275" w14:textId="77777777" w:rsidR="005743BD" w:rsidRDefault="005B7A0E">
      <w:r>
        <w:t>That instruction belongs in your home. It applies when you’re deciding how to spend money, how to divide responsibilities, what to do with your evening, and how to respond when your spouse needs something you hadn’t planned to give.</w:t>
      </w:r>
    </w:p>
    <w:p w14:paraId="103F7844" w14:textId="77777777" w:rsidR="005743BD" w:rsidRDefault="005B7A0E">
      <w:r>
        <w:t>You may have spent years making decisions on your own before you married. You knew how you liked things done, where you wanted your money to go, and how you wanted to spend your time. Sharing those decisions can take some getting used to.</w:t>
      </w:r>
    </w:p>
    <w:p w14:paraId="6DF5804C" w14:textId="77777777" w:rsidR="005743BD" w:rsidRDefault="005B7A0E">
      <w:r>
        <w:t>But you chose to join your life to another person’s life. Your spouse deserves a voice in the home and marriage you’re building together.</w:t>
      </w:r>
    </w:p>
    <w:p w14:paraId="7E47DB44" w14:textId="77777777" w:rsidR="005743BD" w:rsidRDefault="005B7A0E">
      <w:r>
        <w:t>That doesn’t mean you’ll agree about everything. It means that disagreement should lead to an honest conversation, with both of you willing to listen and make adjustments. If every discussion ends with one person getting their way and the other giving up because they’re exhausted, something needs attention.</w:t>
      </w:r>
    </w:p>
    <w:p w14:paraId="25B3C30E" w14:textId="77777777" w:rsidR="005743BD" w:rsidRDefault="005B7A0E">
      <w:r>
        <w:lastRenderedPageBreak/>
        <w:t>Selfishness doesn’t always announce itself. Sometimes it sounds like, “I work hard. I deserve this.” Sometimes it says, “You’re better at that than I’m,” while quietly leaving the other person with another responsibility. It may even sound spiritual: “This is for ministry,” when your spouse has been trying to tell you that the family is struggling under the weight of your commitments.</w:t>
      </w:r>
    </w:p>
    <w:p w14:paraId="7C4EB398" w14:textId="77777777" w:rsidR="005743BD" w:rsidRDefault="005B7A0E">
      <w:r>
        <w:t>Working hard, having different abilities, and serving in ministry are all real considerations. They still need to be discussed honestly. None of them removes your responsibility to care about what your decisions require from your spouse.</w:t>
      </w:r>
    </w:p>
    <w:p w14:paraId="724CC14E" w14:textId="77777777" w:rsidR="005743BD" w:rsidRDefault="005B7A0E">
      <w:r>
        <w:t>Pay attention to the cost someone else is carrying.</w:t>
      </w:r>
    </w:p>
    <w:p w14:paraId="05A0CD8B" w14:textId="77777777" w:rsidR="005743BD" w:rsidRDefault="005B7A0E">
      <w:r>
        <w:t>If you regularly get time to relax while your spouse keeps working, ask yourself how that happened. If your plans are treated as fixed while theirs are always negotiable, consider what that communicates. If you expect patience for your weaknesses but have very little patience for theirs, you have something to bring before God.</w:t>
      </w:r>
    </w:p>
    <w:p w14:paraId="04F9F8E2" w14:textId="77777777" w:rsidR="005743BD" w:rsidRDefault="005B7A0E">
      <w:r>
        <w:t>It’s easy to become accustomed to what someone does for you. The meals appear, the bills get paid, the appointments are remembered, and the things you need are somehow where they belong. After a while, you can stop noticing the person doing the work.</w:t>
      </w:r>
    </w:p>
    <w:p w14:paraId="04CDB01A" w14:textId="77777777" w:rsidR="005743BD" w:rsidRDefault="005B7A0E">
      <w:r>
        <w:t>Your spouse is a person to cherish. They have limits, feelings, and responsibilities of their own. Notice what they carry, thank them, and take an active part in the life you share.</w:t>
      </w:r>
    </w:p>
    <w:p w14:paraId="61E9792F" w14:textId="77777777" w:rsidR="005743BD" w:rsidRDefault="005B7A0E">
      <w:r>
        <w:t>In Ephesians 5:28–29, Paul tells husbands to love their wives as their own bodies and speaks of nourishing and cherishing them. There’s care in that picture. There’s attention to another person’s well-being.</w:t>
      </w:r>
    </w:p>
    <w:p w14:paraId="54DAF290" w14:textId="77777777" w:rsidR="005743BD" w:rsidRDefault="005B7A0E">
      <w:r>
        <w:t xml:space="preserve">The responsibility to put away selfishness reaches both spouses. A wife should care about her husband’s well-being too. Both of you </w:t>
      </w:r>
      <w:r>
        <w:lastRenderedPageBreak/>
        <w:t>need to consider how your conduct affects the person you promised to love.</w:t>
      </w:r>
    </w:p>
    <w:p w14:paraId="6E986D21" w14:textId="77777777" w:rsidR="005743BD" w:rsidRDefault="005B7A0E">
      <w:r>
        <w:t>You’re one flesh. What damages your spouse will reach into your marriage. You can’t continually dismiss their needs and expect your relationship to remain close and healthy.</w:t>
      </w:r>
    </w:p>
    <w:p w14:paraId="689F7DA0" w14:textId="77777777" w:rsidR="005743BD" w:rsidRDefault="005B7A0E">
      <w:r>
        <w:t>Sometimes selfishness appears most clearly during conflict. You may want your spouse to understand your intentions while refusing to hear how your actions hurt them. You may expect immediate forgiveness while giving very little thought to what needs to change. You may bring up their past mistakes whenever the conversation gets too close to something you need to acknowledge.</w:t>
      </w:r>
    </w:p>
    <w:p w14:paraId="49A36008" w14:textId="77777777" w:rsidR="005743BD" w:rsidRDefault="005B7A0E">
      <w:r>
        <w:t>Humility requires you to stay with your own responsibility long enough to address it.</w:t>
      </w:r>
    </w:p>
    <w:p w14:paraId="1BA7E4E1" w14:textId="77777777" w:rsidR="005743BD" w:rsidRDefault="005B7A0E">
      <w:r>
        <w:t>If you hurt your spouse, listen. Resist the urge to explain everything before they’ve finished speaking. You may need to clarify a misunderstanding, but first make sure you understand what they’re telling you. An explanation of what you intended doesn’t automatically repair what happened.</w:t>
      </w:r>
    </w:p>
    <w:p w14:paraId="13045AA4" w14:textId="77777777" w:rsidR="005743BD" w:rsidRDefault="005B7A0E">
      <w:r>
        <w:t>Repent where you need to repent. Ask for forgiveness, and follow through with changed behavior. If you promised to do something differently, take responsibility for remembering and doing it. Your spouse shouldn’t have to supervise every step of your obedience.</w:t>
      </w:r>
    </w:p>
    <w:p w14:paraId="29160352" w14:textId="77777777" w:rsidR="005743BD" w:rsidRDefault="005B7A0E">
      <w:r>
        <w:t>And when your spouse asks for forgiveness, consider your own heart. Are you willing to forgive, or have you found that keeping the offense alive gives you an advantage? Forgiveness matters in marriage. So do honesty, accountability, and the time needed to rebuild damaged trust.</w:t>
      </w:r>
    </w:p>
    <w:p w14:paraId="4C8A2E0A" w14:textId="77777777" w:rsidR="005743BD" w:rsidRDefault="005B7A0E">
      <w:r>
        <w:t>You can’t demand that someone trust you while continuing the behavior that broke their trust.</w:t>
      </w:r>
    </w:p>
    <w:p w14:paraId="6C1519E2" w14:textId="77777777" w:rsidR="005743BD" w:rsidRDefault="005B7A0E">
      <w:r>
        <w:lastRenderedPageBreak/>
        <w:t>Galatians 5:13 instructs believers to serve one another through love. Later in the chapter, Paul describes the fruit of the Spirit. Love, patience, kindness, gentleness, and self-control need to be evident in how you treat your spouse. Your home is one of the places where that fruit should be growing.</w:t>
      </w:r>
    </w:p>
    <w:p w14:paraId="008EF4A8" w14:textId="77777777" w:rsidR="005743BD" w:rsidRDefault="005B7A0E">
      <w:r>
        <w:t>Being Spirit-filled should affect how you respond when you’re inconvenienced, corrected, or asked to give something up. Those moments often reveal things that are easy to overlook when everything is going your way.</w:t>
      </w:r>
    </w:p>
    <w:p w14:paraId="074C86C2" w14:textId="77777777" w:rsidR="005743BD" w:rsidRDefault="005B7A0E">
      <w:r>
        <w:t>I’m not suggesting that this is always easy. Your flesh can make a very convincing argument for why you should get what you want. It can produce a whole list of reasons why your situation is different and why your spouse ought to understand.</w:t>
      </w:r>
    </w:p>
    <w:p w14:paraId="1DDA7D06" w14:textId="77777777" w:rsidR="005743BD" w:rsidRDefault="005B7A0E">
      <w:r>
        <w:t>Bring those arguments to the Word. Be willing to let God show you where you’re protecting a preference at someone else’s expense.</w:t>
      </w:r>
    </w:p>
    <w:p w14:paraId="61FB052A" w14:textId="77777777" w:rsidR="005743BD" w:rsidRDefault="005B7A0E">
      <w:r>
        <w:t>There are also people who will give and give because they love their spouse and want peace in their home. They may go without, keep quiet, or take on more than they can reasonably carry. If your spouse is that person, take care with their heart. Don’t use their willingness to sacrifice as permission to keep taking.</w:t>
      </w:r>
    </w:p>
    <w:p w14:paraId="7602045E" w14:textId="77777777" w:rsidR="005743BD" w:rsidRDefault="005B7A0E">
      <w:r>
        <w:t>Ask how they’re doing. Make room for an honest answer, including an answer that requires something from you.</w:t>
      </w:r>
    </w:p>
    <w:p w14:paraId="466E8614" w14:textId="77777777" w:rsidR="005743BD" w:rsidRDefault="005B7A0E">
      <w:r>
        <w:t>Serving your spouse doesn’t require you to agree to sin, accept abuse, or surrender your safety. Biblical sacrifice must never become an excuse for one person to exploit the other. A marriage needs two people willing to examine themselves and grow in love.</w:t>
      </w:r>
    </w:p>
    <w:p w14:paraId="191A97E4" w14:textId="77777777" w:rsidR="005743BD" w:rsidRDefault="005B7A0E">
      <w:r>
        <w:t>For the everyday choices within your control, begin with something practical. Take care of a responsibility without waiting to be asked. Discuss a purchase before making it. Give your spouse time to rest, and honor that time. Listen to an idea without dismissing it because it’s different from yours.</w:t>
      </w:r>
    </w:p>
    <w:p w14:paraId="2C41CB83" w14:textId="77777777" w:rsidR="005743BD" w:rsidRDefault="005B7A0E">
      <w:r>
        <w:lastRenderedPageBreak/>
        <w:t>You don’t have to wait for a grand opportunity to show selfless love. You have opportunities in the ordinary rhythm of your home, often in the very things you’ve stopped noticing.</w:t>
      </w:r>
    </w:p>
    <w:p w14:paraId="73293794" w14:textId="77777777" w:rsidR="005743BD" w:rsidRDefault="005B7A0E">
      <w:r>
        <w:t>Marriage is for grownups. There will be times when loving your spouse requires you to put away a childish response, surrender a preference, and do what’s right even when you would rather do something else.</w:t>
      </w:r>
    </w:p>
    <w:p w14:paraId="0F46248D" w14:textId="77777777" w:rsidR="005743BD" w:rsidRDefault="005B7A0E">
      <w:r>
        <w:t>Ask God to show you where selfishness has taken root. Then be willing to act on what He shows you. Your marriage will benefit far more from one honest change than from a long list of reasons why you shouldn’t have to make it.</w:t>
      </w:r>
    </w:p>
    <w:p w14:paraId="10F4EB66" w14:textId="77777777" w:rsidR="005743BD" w:rsidRDefault="005B7A0E">
      <w:r>
        <w:br w:type="page"/>
      </w:r>
    </w:p>
    <w:p w14:paraId="1EF7680C" w14:textId="77777777" w:rsidR="005743BD" w:rsidRDefault="005B7A0E">
      <w:pPr>
        <w:pStyle w:val="Heading2"/>
        <w:spacing w:after="240"/>
      </w:pPr>
      <w:r>
        <w:lastRenderedPageBreak/>
        <w:t>Reflection</w:t>
      </w:r>
    </w:p>
    <w:p w14:paraId="145F4C7C" w14:textId="77777777" w:rsidR="005743BD" w:rsidRDefault="005B7A0E">
      <w:pPr>
        <w:pStyle w:val="Heading3"/>
        <w:spacing w:after="100"/>
      </w:pPr>
      <w:r>
        <w:t>Scripture for Study</w:t>
      </w:r>
    </w:p>
    <w:p w14:paraId="2705E666" w14:textId="77777777" w:rsidR="005743BD" w:rsidRDefault="005B7A0E">
      <w:pPr>
        <w:spacing w:after="400"/>
      </w:pPr>
      <w:r>
        <w:rPr>
          <w:sz w:val="22"/>
        </w:rPr>
        <w:t>Philippians 2:3–4   •   Galatians 5:13–26   •   Matthew 20:25–28</w:t>
      </w:r>
    </w:p>
    <w:p w14:paraId="2864971F" w14:textId="77777777" w:rsidR="005743BD" w:rsidRDefault="005B7A0E">
      <w:pPr>
        <w:keepNext/>
      </w:pPr>
      <w:r>
        <w:t>1. Where have your preferences, plans, or habits regularly taken priority over your spouse’s needs? What’s one adjustment you can make without waiting for them to ask again?</w:t>
      </w:r>
    </w:p>
    <w:p w14:paraId="36063F5A" w14:textId="77777777" w:rsidR="005743BD" w:rsidRDefault="005B7A0E">
      <w:pPr>
        <w:pBdr>
          <w:bottom w:val="single" w:sz="3" w:space="0" w:color="B8B8B8"/>
          <w:between w:val="single" w:sz="3" w:space="0" w:color="B8B8B8"/>
        </w:pBdr>
        <w:spacing w:after="0" w:line="440" w:lineRule="exact"/>
      </w:pPr>
      <w:r>
        <w:rPr>
          <w:sz w:val="2"/>
        </w:rPr>
        <w:t xml:space="preserve"> </w:t>
      </w:r>
    </w:p>
    <w:p w14:paraId="28B9374A" w14:textId="77777777" w:rsidR="005743BD" w:rsidRDefault="005B7A0E">
      <w:pPr>
        <w:pBdr>
          <w:bottom w:val="single" w:sz="3" w:space="0" w:color="B8B8B8"/>
          <w:between w:val="single" w:sz="3" w:space="0" w:color="B8B8B8"/>
        </w:pBdr>
        <w:spacing w:after="0" w:line="440" w:lineRule="exact"/>
      </w:pPr>
      <w:r>
        <w:rPr>
          <w:sz w:val="2"/>
        </w:rPr>
        <w:t xml:space="preserve"> </w:t>
      </w:r>
    </w:p>
    <w:p w14:paraId="648AD252" w14:textId="77777777" w:rsidR="005743BD" w:rsidRDefault="005B7A0E">
      <w:pPr>
        <w:pBdr>
          <w:bottom w:val="single" w:sz="3" w:space="0" w:color="B8B8B8"/>
          <w:between w:val="single" w:sz="3" w:space="0" w:color="B8B8B8"/>
        </w:pBdr>
        <w:spacing w:after="0" w:line="440" w:lineRule="exact"/>
      </w:pPr>
      <w:r>
        <w:rPr>
          <w:sz w:val="2"/>
        </w:rPr>
        <w:t xml:space="preserve"> </w:t>
      </w:r>
    </w:p>
    <w:p w14:paraId="3CB375B9" w14:textId="77777777" w:rsidR="005743BD" w:rsidRDefault="005B7A0E">
      <w:pPr>
        <w:pBdr>
          <w:bottom w:val="single" w:sz="3" w:space="0" w:color="B8B8B8"/>
          <w:between w:val="single" w:sz="3" w:space="0" w:color="B8B8B8"/>
        </w:pBdr>
        <w:spacing w:after="0" w:line="440" w:lineRule="exact"/>
      </w:pPr>
      <w:r>
        <w:rPr>
          <w:sz w:val="2"/>
        </w:rPr>
        <w:t xml:space="preserve"> </w:t>
      </w:r>
    </w:p>
    <w:p w14:paraId="4BB7FD31" w14:textId="77777777" w:rsidR="005743BD" w:rsidRDefault="005B7A0E">
      <w:pPr>
        <w:pBdr>
          <w:bottom w:val="single" w:sz="3" w:space="0" w:color="B8B8B8"/>
          <w:between w:val="single" w:sz="3" w:space="0" w:color="B8B8B8"/>
        </w:pBdr>
        <w:spacing w:after="0" w:line="440" w:lineRule="exact"/>
      </w:pPr>
      <w:r>
        <w:rPr>
          <w:sz w:val="2"/>
        </w:rPr>
        <w:t xml:space="preserve"> </w:t>
      </w:r>
    </w:p>
    <w:p w14:paraId="6C792979" w14:textId="77777777" w:rsidR="005743BD" w:rsidRDefault="005743BD">
      <w:pPr>
        <w:spacing w:after="0" w:line="240" w:lineRule="exact"/>
      </w:pPr>
    </w:p>
    <w:p w14:paraId="7F38FDA4" w14:textId="77777777" w:rsidR="005743BD" w:rsidRDefault="005B7A0E">
      <w:pPr>
        <w:keepNext/>
      </w:pPr>
      <w:r>
        <w:t>2. Read Philippians 2:3–4. How can you care for your own legitimate needs while also giving thoughtful attention to your spouse’s needs? Is there something the two of you need to discuss more honestly?</w:t>
      </w:r>
    </w:p>
    <w:p w14:paraId="486771FE" w14:textId="77777777" w:rsidR="005743BD" w:rsidRDefault="005B7A0E">
      <w:pPr>
        <w:pBdr>
          <w:bottom w:val="single" w:sz="3" w:space="0" w:color="B8B8B8"/>
          <w:between w:val="single" w:sz="3" w:space="0" w:color="B8B8B8"/>
        </w:pBdr>
        <w:spacing w:after="0" w:line="440" w:lineRule="exact"/>
      </w:pPr>
      <w:r>
        <w:rPr>
          <w:sz w:val="2"/>
        </w:rPr>
        <w:t xml:space="preserve"> </w:t>
      </w:r>
    </w:p>
    <w:p w14:paraId="438CE907" w14:textId="77777777" w:rsidR="005743BD" w:rsidRDefault="005B7A0E">
      <w:pPr>
        <w:pBdr>
          <w:bottom w:val="single" w:sz="3" w:space="0" w:color="B8B8B8"/>
          <w:between w:val="single" w:sz="3" w:space="0" w:color="B8B8B8"/>
        </w:pBdr>
        <w:spacing w:after="0" w:line="440" w:lineRule="exact"/>
      </w:pPr>
      <w:r>
        <w:rPr>
          <w:sz w:val="2"/>
        </w:rPr>
        <w:t xml:space="preserve"> </w:t>
      </w:r>
    </w:p>
    <w:p w14:paraId="0FD47D86" w14:textId="77777777" w:rsidR="005743BD" w:rsidRDefault="005B7A0E">
      <w:pPr>
        <w:pBdr>
          <w:bottom w:val="single" w:sz="3" w:space="0" w:color="B8B8B8"/>
          <w:between w:val="single" w:sz="3" w:space="0" w:color="B8B8B8"/>
        </w:pBdr>
        <w:spacing w:after="0" w:line="440" w:lineRule="exact"/>
      </w:pPr>
      <w:r>
        <w:rPr>
          <w:sz w:val="2"/>
        </w:rPr>
        <w:t xml:space="preserve"> </w:t>
      </w:r>
    </w:p>
    <w:p w14:paraId="65E03832" w14:textId="77777777" w:rsidR="005743BD" w:rsidRDefault="005B7A0E">
      <w:pPr>
        <w:pBdr>
          <w:bottom w:val="single" w:sz="3" w:space="0" w:color="B8B8B8"/>
          <w:between w:val="single" w:sz="3" w:space="0" w:color="B8B8B8"/>
        </w:pBdr>
        <w:spacing w:after="0" w:line="440" w:lineRule="exact"/>
      </w:pPr>
      <w:r>
        <w:rPr>
          <w:sz w:val="2"/>
        </w:rPr>
        <w:t xml:space="preserve"> </w:t>
      </w:r>
    </w:p>
    <w:p w14:paraId="65D8D10B" w14:textId="77777777" w:rsidR="005743BD" w:rsidRDefault="005B7A0E">
      <w:pPr>
        <w:pBdr>
          <w:bottom w:val="single" w:sz="3" w:space="0" w:color="B8B8B8"/>
          <w:between w:val="single" w:sz="3" w:space="0" w:color="B8B8B8"/>
        </w:pBdr>
        <w:spacing w:after="0" w:line="440" w:lineRule="exact"/>
      </w:pPr>
      <w:r>
        <w:rPr>
          <w:sz w:val="2"/>
        </w:rPr>
        <w:t xml:space="preserve"> </w:t>
      </w:r>
    </w:p>
    <w:p w14:paraId="49D88F01" w14:textId="77777777" w:rsidR="005743BD" w:rsidRDefault="005743BD">
      <w:pPr>
        <w:spacing w:after="0" w:line="240" w:lineRule="exact"/>
      </w:pPr>
    </w:p>
    <w:p w14:paraId="13F2E472" w14:textId="77777777" w:rsidR="005743BD" w:rsidRDefault="005B7A0E">
      <w:r>
        <w:br w:type="page"/>
      </w:r>
    </w:p>
    <w:p w14:paraId="68329D0A" w14:textId="02941450" w:rsidR="005743BD" w:rsidRDefault="005B7A0E">
      <w:pPr>
        <w:pStyle w:val="Heading2"/>
        <w:spacing w:after="240"/>
      </w:pPr>
      <w:r>
        <w:lastRenderedPageBreak/>
        <w:t xml:space="preserve">Reflection </w:t>
      </w:r>
    </w:p>
    <w:p w14:paraId="78BF683D" w14:textId="77777777" w:rsidR="005743BD" w:rsidRDefault="005B7A0E">
      <w:pPr>
        <w:spacing w:after="400"/>
      </w:pPr>
      <w:r>
        <w:rPr>
          <w:i/>
          <w:sz w:val="22"/>
        </w:rPr>
        <w:t>Take your time. Pray, reflect, and write.</w:t>
      </w:r>
    </w:p>
    <w:p w14:paraId="620EE3AB" w14:textId="77777777" w:rsidR="005743BD" w:rsidRDefault="005B7A0E">
      <w:pPr>
        <w:keepNext/>
      </w:pPr>
      <w:r>
        <w:t>3. Is there a selfish response or pattern you need to apologize for? What specific change would help your spouse see that you’re taking responsibility for it?</w:t>
      </w:r>
    </w:p>
    <w:p w14:paraId="70410C88" w14:textId="77777777" w:rsidR="005743BD" w:rsidRDefault="005B7A0E">
      <w:pPr>
        <w:pBdr>
          <w:bottom w:val="single" w:sz="3" w:space="0" w:color="B8B8B8"/>
          <w:between w:val="single" w:sz="3" w:space="0" w:color="B8B8B8"/>
        </w:pBdr>
        <w:spacing w:after="0" w:line="440" w:lineRule="exact"/>
      </w:pPr>
      <w:r>
        <w:rPr>
          <w:sz w:val="2"/>
        </w:rPr>
        <w:t xml:space="preserve"> </w:t>
      </w:r>
    </w:p>
    <w:p w14:paraId="0A8AAF73" w14:textId="77777777" w:rsidR="005743BD" w:rsidRDefault="005B7A0E">
      <w:pPr>
        <w:pBdr>
          <w:bottom w:val="single" w:sz="3" w:space="0" w:color="B8B8B8"/>
          <w:between w:val="single" w:sz="3" w:space="0" w:color="B8B8B8"/>
        </w:pBdr>
        <w:spacing w:after="0" w:line="440" w:lineRule="exact"/>
      </w:pPr>
      <w:r>
        <w:rPr>
          <w:sz w:val="2"/>
        </w:rPr>
        <w:t xml:space="preserve"> </w:t>
      </w:r>
    </w:p>
    <w:p w14:paraId="057993F1" w14:textId="77777777" w:rsidR="005743BD" w:rsidRDefault="005B7A0E">
      <w:pPr>
        <w:pBdr>
          <w:bottom w:val="single" w:sz="3" w:space="0" w:color="B8B8B8"/>
          <w:between w:val="single" w:sz="3" w:space="0" w:color="B8B8B8"/>
        </w:pBdr>
        <w:spacing w:after="0" w:line="440" w:lineRule="exact"/>
      </w:pPr>
      <w:r>
        <w:rPr>
          <w:sz w:val="2"/>
        </w:rPr>
        <w:t xml:space="preserve"> </w:t>
      </w:r>
    </w:p>
    <w:p w14:paraId="242D2AC4" w14:textId="77777777" w:rsidR="005743BD" w:rsidRDefault="005B7A0E">
      <w:pPr>
        <w:pBdr>
          <w:bottom w:val="single" w:sz="3" w:space="0" w:color="B8B8B8"/>
          <w:between w:val="single" w:sz="3" w:space="0" w:color="B8B8B8"/>
        </w:pBdr>
        <w:spacing w:after="0" w:line="440" w:lineRule="exact"/>
      </w:pPr>
      <w:r>
        <w:rPr>
          <w:sz w:val="2"/>
        </w:rPr>
        <w:t xml:space="preserve"> </w:t>
      </w:r>
    </w:p>
    <w:p w14:paraId="73CE6D1A" w14:textId="77777777" w:rsidR="005743BD" w:rsidRDefault="005B7A0E">
      <w:pPr>
        <w:pBdr>
          <w:bottom w:val="single" w:sz="3" w:space="0" w:color="B8B8B8"/>
          <w:between w:val="single" w:sz="3" w:space="0" w:color="B8B8B8"/>
        </w:pBdr>
        <w:spacing w:after="0" w:line="440" w:lineRule="exact"/>
      </w:pPr>
      <w:r>
        <w:rPr>
          <w:sz w:val="2"/>
        </w:rPr>
        <w:t xml:space="preserve"> </w:t>
      </w:r>
    </w:p>
    <w:p w14:paraId="513C7EB9" w14:textId="77777777" w:rsidR="005743BD" w:rsidRDefault="005B7A0E">
      <w:pPr>
        <w:pBdr>
          <w:bottom w:val="single" w:sz="3" w:space="0" w:color="B8B8B8"/>
          <w:between w:val="single" w:sz="3" w:space="0" w:color="B8B8B8"/>
        </w:pBdr>
        <w:spacing w:after="0" w:line="440" w:lineRule="exact"/>
      </w:pPr>
      <w:r>
        <w:rPr>
          <w:sz w:val="2"/>
        </w:rPr>
        <w:t xml:space="preserve"> </w:t>
      </w:r>
    </w:p>
    <w:p w14:paraId="18D657DA" w14:textId="77777777" w:rsidR="005743BD" w:rsidRDefault="005743BD">
      <w:pPr>
        <w:spacing w:after="0" w:line="240" w:lineRule="exact"/>
      </w:pPr>
    </w:p>
    <w:p w14:paraId="71F4F519" w14:textId="77777777" w:rsidR="005743BD" w:rsidRDefault="005B7A0E">
      <w:pPr>
        <w:keepNext/>
      </w:pPr>
      <w:r>
        <w:t>4. What’s one thing that you admire about your spouse?</w:t>
      </w:r>
    </w:p>
    <w:p w14:paraId="5D6BB50B" w14:textId="77777777" w:rsidR="005743BD" w:rsidRDefault="005B7A0E">
      <w:pPr>
        <w:pBdr>
          <w:bottom w:val="single" w:sz="3" w:space="0" w:color="B8B8B8"/>
          <w:between w:val="single" w:sz="3" w:space="0" w:color="B8B8B8"/>
        </w:pBdr>
        <w:spacing w:after="0" w:line="440" w:lineRule="exact"/>
      </w:pPr>
      <w:r>
        <w:rPr>
          <w:sz w:val="2"/>
        </w:rPr>
        <w:t xml:space="preserve"> </w:t>
      </w:r>
    </w:p>
    <w:p w14:paraId="080D55AB" w14:textId="77777777" w:rsidR="005743BD" w:rsidRDefault="005B7A0E">
      <w:pPr>
        <w:pBdr>
          <w:bottom w:val="single" w:sz="3" w:space="0" w:color="B8B8B8"/>
          <w:between w:val="single" w:sz="3" w:space="0" w:color="B8B8B8"/>
        </w:pBdr>
        <w:spacing w:after="0" w:line="440" w:lineRule="exact"/>
      </w:pPr>
      <w:r>
        <w:rPr>
          <w:sz w:val="2"/>
        </w:rPr>
        <w:t xml:space="preserve"> </w:t>
      </w:r>
    </w:p>
    <w:p w14:paraId="029C3F77" w14:textId="77777777" w:rsidR="005743BD" w:rsidRDefault="005B7A0E">
      <w:pPr>
        <w:pBdr>
          <w:bottom w:val="single" w:sz="3" w:space="0" w:color="B8B8B8"/>
          <w:between w:val="single" w:sz="3" w:space="0" w:color="B8B8B8"/>
        </w:pBdr>
        <w:spacing w:after="0" w:line="440" w:lineRule="exact"/>
      </w:pPr>
      <w:r>
        <w:rPr>
          <w:sz w:val="2"/>
        </w:rPr>
        <w:t xml:space="preserve"> </w:t>
      </w:r>
    </w:p>
    <w:p w14:paraId="3F3B7081" w14:textId="77777777" w:rsidR="005743BD" w:rsidRDefault="005B7A0E">
      <w:pPr>
        <w:pBdr>
          <w:bottom w:val="single" w:sz="3" w:space="0" w:color="B8B8B8"/>
          <w:between w:val="single" w:sz="3" w:space="0" w:color="B8B8B8"/>
        </w:pBdr>
        <w:spacing w:after="0" w:line="440" w:lineRule="exact"/>
      </w:pPr>
      <w:r>
        <w:rPr>
          <w:sz w:val="2"/>
        </w:rPr>
        <w:t xml:space="preserve"> </w:t>
      </w:r>
    </w:p>
    <w:p w14:paraId="6657C826" w14:textId="77777777" w:rsidR="005743BD" w:rsidRDefault="005B7A0E">
      <w:pPr>
        <w:pBdr>
          <w:bottom w:val="single" w:sz="3" w:space="0" w:color="B8B8B8"/>
          <w:between w:val="single" w:sz="3" w:space="0" w:color="B8B8B8"/>
        </w:pBdr>
        <w:spacing w:after="0" w:line="440" w:lineRule="exact"/>
      </w:pPr>
      <w:r>
        <w:rPr>
          <w:sz w:val="2"/>
        </w:rPr>
        <w:t xml:space="preserve"> </w:t>
      </w:r>
    </w:p>
    <w:p w14:paraId="50A64EFE" w14:textId="77777777" w:rsidR="005743BD" w:rsidRDefault="005B7A0E">
      <w:pPr>
        <w:pBdr>
          <w:bottom w:val="single" w:sz="3" w:space="0" w:color="B8B8B8"/>
          <w:between w:val="single" w:sz="3" w:space="0" w:color="B8B8B8"/>
        </w:pBdr>
        <w:spacing w:after="0" w:line="440" w:lineRule="exact"/>
      </w:pPr>
      <w:r>
        <w:rPr>
          <w:sz w:val="2"/>
        </w:rPr>
        <w:t xml:space="preserve"> </w:t>
      </w:r>
    </w:p>
    <w:p w14:paraId="1731436A" w14:textId="77777777" w:rsidR="005743BD" w:rsidRDefault="005743BD">
      <w:pPr>
        <w:spacing w:after="0" w:line="240" w:lineRule="exact"/>
      </w:pPr>
    </w:p>
    <w:p w14:paraId="57F3E484" w14:textId="77777777" w:rsidR="005743BD" w:rsidRDefault="005B7A0E">
      <w:r>
        <w:br w:type="page"/>
      </w:r>
    </w:p>
    <w:p w14:paraId="42927FD5" w14:textId="05DC027B" w:rsidR="005743BD" w:rsidRDefault="005B7A0E">
      <w:pPr>
        <w:pStyle w:val="Heading2"/>
        <w:spacing w:after="240"/>
      </w:pPr>
      <w:r>
        <w:lastRenderedPageBreak/>
        <w:t xml:space="preserve">Reflection </w:t>
      </w:r>
    </w:p>
    <w:p w14:paraId="093EED18" w14:textId="77777777" w:rsidR="005743BD" w:rsidRDefault="005B7A0E">
      <w:pPr>
        <w:spacing w:after="400"/>
      </w:pPr>
      <w:r>
        <w:rPr>
          <w:i/>
          <w:sz w:val="22"/>
        </w:rPr>
        <w:t>Take your time. Pray, reflect, and write.</w:t>
      </w:r>
    </w:p>
    <w:p w14:paraId="4E1A559C" w14:textId="77777777" w:rsidR="005743BD" w:rsidRDefault="005B7A0E">
      <w:pPr>
        <w:keepNext/>
      </w:pPr>
      <w:r>
        <w:t>5. What’s one way that your spouse blesses you or has blessed you?</w:t>
      </w:r>
    </w:p>
    <w:p w14:paraId="63531BBC" w14:textId="77777777" w:rsidR="005743BD" w:rsidRDefault="005B7A0E">
      <w:pPr>
        <w:pBdr>
          <w:bottom w:val="single" w:sz="3" w:space="0" w:color="B8B8B8"/>
          <w:between w:val="single" w:sz="3" w:space="0" w:color="B8B8B8"/>
        </w:pBdr>
        <w:spacing w:after="0" w:line="440" w:lineRule="exact"/>
      </w:pPr>
      <w:r>
        <w:rPr>
          <w:sz w:val="2"/>
        </w:rPr>
        <w:t xml:space="preserve"> </w:t>
      </w:r>
    </w:p>
    <w:p w14:paraId="065BE1E1" w14:textId="77777777" w:rsidR="005743BD" w:rsidRDefault="005B7A0E">
      <w:pPr>
        <w:pBdr>
          <w:bottom w:val="single" w:sz="3" w:space="0" w:color="B8B8B8"/>
          <w:between w:val="single" w:sz="3" w:space="0" w:color="B8B8B8"/>
        </w:pBdr>
        <w:spacing w:after="0" w:line="440" w:lineRule="exact"/>
      </w:pPr>
      <w:r>
        <w:rPr>
          <w:sz w:val="2"/>
        </w:rPr>
        <w:t xml:space="preserve"> </w:t>
      </w:r>
    </w:p>
    <w:p w14:paraId="0DF51B68" w14:textId="77777777" w:rsidR="005743BD" w:rsidRDefault="005B7A0E">
      <w:pPr>
        <w:pBdr>
          <w:bottom w:val="single" w:sz="3" w:space="0" w:color="B8B8B8"/>
          <w:between w:val="single" w:sz="3" w:space="0" w:color="B8B8B8"/>
        </w:pBdr>
        <w:spacing w:after="0" w:line="440" w:lineRule="exact"/>
      </w:pPr>
      <w:r>
        <w:rPr>
          <w:sz w:val="2"/>
        </w:rPr>
        <w:t xml:space="preserve"> </w:t>
      </w:r>
    </w:p>
    <w:p w14:paraId="0F290DC5" w14:textId="77777777" w:rsidR="005743BD" w:rsidRDefault="005B7A0E">
      <w:pPr>
        <w:pBdr>
          <w:bottom w:val="single" w:sz="3" w:space="0" w:color="B8B8B8"/>
          <w:between w:val="single" w:sz="3" w:space="0" w:color="B8B8B8"/>
        </w:pBdr>
        <w:spacing w:after="0" w:line="440" w:lineRule="exact"/>
      </w:pPr>
      <w:r>
        <w:rPr>
          <w:sz w:val="2"/>
        </w:rPr>
        <w:t xml:space="preserve"> </w:t>
      </w:r>
    </w:p>
    <w:p w14:paraId="3501FFC1" w14:textId="77777777" w:rsidR="005743BD" w:rsidRDefault="005B7A0E">
      <w:pPr>
        <w:pBdr>
          <w:bottom w:val="single" w:sz="3" w:space="0" w:color="B8B8B8"/>
          <w:between w:val="single" w:sz="3" w:space="0" w:color="B8B8B8"/>
        </w:pBdr>
        <w:spacing w:after="0" w:line="440" w:lineRule="exact"/>
      </w:pPr>
      <w:r>
        <w:rPr>
          <w:sz w:val="2"/>
        </w:rPr>
        <w:t xml:space="preserve"> </w:t>
      </w:r>
    </w:p>
    <w:p w14:paraId="28BD6A01" w14:textId="77777777" w:rsidR="005743BD" w:rsidRDefault="005B7A0E">
      <w:pPr>
        <w:pBdr>
          <w:bottom w:val="single" w:sz="3" w:space="0" w:color="B8B8B8"/>
          <w:between w:val="single" w:sz="3" w:space="0" w:color="B8B8B8"/>
        </w:pBdr>
        <w:spacing w:after="0" w:line="440" w:lineRule="exact"/>
      </w:pPr>
      <w:r>
        <w:rPr>
          <w:sz w:val="2"/>
        </w:rPr>
        <w:t xml:space="preserve"> </w:t>
      </w:r>
    </w:p>
    <w:p w14:paraId="05986881" w14:textId="77777777" w:rsidR="005743BD" w:rsidRDefault="005743BD">
      <w:pPr>
        <w:spacing w:after="0" w:line="240" w:lineRule="exact"/>
      </w:pPr>
    </w:p>
    <w:p w14:paraId="42EDE2EC" w14:textId="77777777" w:rsidR="005743BD" w:rsidRDefault="005B7A0E">
      <w:pPr>
        <w:keepNext/>
      </w:pPr>
      <w:r>
        <w:t>6. What’s one thing that you can commit to today to make your marriage better or stronger?</w:t>
      </w:r>
    </w:p>
    <w:p w14:paraId="3B274B35" w14:textId="77777777" w:rsidR="005743BD" w:rsidRDefault="005B7A0E">
      <w:pPr>
        <w:pBdr>
          <w:bottom w:val="single" w:sz="3" w:space="0" w:color="B8B8B8"/>
          <w:between w:val="single" w:sz="3" w:space="0" w:color="B8B8B8"/>
        </w:pBdr>
        <w:spacing w:after="0" w:line="440" w:lineRule="exact"/>
      </w:pPr>
      <w:r>
        <w:rPr>
          <w:sz w:val="2"/>
        </w:rPr>
        <w:t xml:space="preserve"> </w:t>
      </w:r>
    </w:p>
    <w:p w14:paraId="6D7CF110" w14:textId="77777777" w:rsidR="005743BD" w:rsidRDefault="005B7A0E">
      <w:pPr>
        <w:pBdr>
          <w:bottom w:val="single" w:sz="3" w:space="0" w:color="B8B8B8"/>
          <w:between w:val="single" w:sz="3" w:space="0" w:color="B8B8B8"/>
        </w:pBdr>
        <w:spacing w:after="0" w:line="440" w:lineRule="exact"/>
      </w:pPr>
      <w:r>
        <w:rPr>
          <w:sz w:val="2"/>
        </w:rPr>
        <w:t xml:space="preserve"> </w:t>
      </w:r>
    </w:p>
    <w:p w14:paraId="6D38F795" w14:textId="77777777" w:rsidR="005743BD" w:rsidRDefault="005B7A0E">
      <w:pPr>
        <w:pBdr>
          <w:bottom w:val="single" w:sz="3" w:space="0" w:color="B8B8B8"/>
          <w:between w:val="single" w:sz="3" w:space="0" w:color="B8B8B8"/>
        </w:pBdr>
        <w:spacing w:after="0" w:line="440" w:lineRule="exact"/>
      </w:pPr>
      <w:r>
        <w:rPr>
          <w:sz w:val="2"/>
        </w:rPr>
        <w:t xml:space="preserve"> </w:t>
      </w:r>
    </w:p>
    <w:p w14:paraId="3D7F0A3D" w14:textId="77777777" w:rsidR="005743BD" w:rsidRDefault="005B7A0E">
      <w:pPr>
        <w:pBdr>
          <w:bottom w:val="single" w:sz="3" w:space="0" w:color="B8B8B8"/>
          <w:between w:val="single" w:sz="3" w:space="0" w:color="B8B8B8"/>
        </w:pBdr>
        <w:spacing w:after="0" w:line="440" w:lineRule="exact"/>
      </w:pPr>
      <w:r>
        <w:rPr>
          <w:sz w:val="2"/>
        </w:rPr>
        <w:t xml:space="preserve"> </w:t>
      </w:r>
    </w:p>
    <w:p w14:paraId="4DB88A6B" w14:textId="77777777" w:rsidR="005743BD" w:rsidRDefault="005B7A0E">
      <w:pPr>
        <w:pBdr>
          <w:bottom w:val="single" w:sz="3" w:space="0" w:color="B8B8B8"/>
          <w:between w:val="single" w:sz="3" w:space="0" w:color="B8B8B8"/>
        </w:pBdr>
        <w:spacing w:after="0" w:line="440" w:lineRule="exact"/>
      </w:pPr>
      <w:r>
        <w:rPr>
          <w:sz w:val="2"/>
        </w:rPr>
        <w:t xml:space="preserve"> </w:t>
      </w:r>
    </w:p>
    <w:p w14:paraId="3BA316EB" w14:textId="77777777" w:rsidR="005743BD" w:rsidRDefault="005B7A0E">
      <w:pPr>
        <w:pBdr>
          <w:bottom w:val="single" w:sz="3" w:space="0" w:color="B8B8B8"/>
          <w:between w:val="single" w:sz="3" w:space="0" w:color="B8B8B8"/>
        </w:pBdr>
        <w:spacing w:after="0" w:line="440" w:lineRule="exact"/>
      </w:pPr>
      <w:r>
        <w:rPr>
          <w:sz w:val="2"/>
        </w:rPr>
        <w:t xml:space="preserve"> </w:t>
      </w:r>
    </w:p>
    <w:p w14:paraId="7AB30C5C" w14:textId="77777777" w:rsidR="005743BD" w:rsidRDefault="005743BD">
      <w:pPr>
        <w:spacing w:after="0" w:line="240" w:lineRule="exact"/>
      </w:pPr>
    </w:p>
    <w:p w14:paraId="41EE2134" w14:textId="77777777" w:rsidR="005743BD" w:rsidRDefault="005743BD">
      <w:pPr>
        <w:sectPr w:rsidR="005743BD">
          <w:footerReference w:type="default" r:id="rId13"/>
          <w:type w:val="oddPage"/>
          <w:pgSz w:w="10080" w:h="14400"/>
          <w:pgMar w:top="1152" w:right="1152" w:bottom="1152" w:left="1296" w:header="504" w:footer="504" w:gutter="0"/>
          <w:cols w:space="720"/>
          <w:docGrid w:linePitch="360"/>
        </w:sectPr>
      </w:pPr>
    </w:p>
    <w:p w14:paraId="173075E3" w14:textId="6F492A24" w:rsidR="00C3140B" w:rsidRDefault="00C3140B">
      <w:pPr>
        <w:spacing w:after="200"/>
        <w:rPr>
          <w:rFonts w:cstheme="majorBidi"/>
          <w:b/>
          <w:bCs/>
          <w:sz w:val="42"/>
          <w:szCs w:val="28"/>
        </w:rPr>
      </w:pPr>
    </w:p>
    <w:p w14:paraId="300E0F3E" w14:textId="77777777" w:rsidR="00C3140B" w:rsidRDefault="00C3140B">
      <w:pPr>
        <w:pStyle w:val="Heading1"/>
      </w:pPr>
    </w:p>
    <w:p w14:paraId="069533BD" w14:textId="77777777" w:rsidR="00C3140B" w:rsidRDefault="00C3140B">
      <w:pPr>
        <w:pStyle w:val="Heading1"/>
      </w:pPr>
    </w:p>
    <w:p w14:paraId="708673EA" w14:textId="77777777" w:rsidR="00C3140B" w:rsidRDefault="00C3140B">
      <w:pPr>
        <w:pStyle w:val="Heading1"/>
      </w:pPr>
    </w:p>
    <w:p w14:paraId="33BCCFF3" w14:textId="24EE9993" w:rsidR="005743BD" w:rsidRDefault="005B7A0E">
      <w:pPr>
        <w:pStyle w:val="Heading1"/>
      </w:pPr>
      <w:r>
        <w:t>4. Tackle things together.</w:t>
      </w:r>
    </w:p>
    <w:p w14:paraId="6D827BC2" w14:textId="77777777" w:rsidR="005743BD" w:rsidRDefault="005B7A0E">
      <w:r>
        <w:t>When something is troubling you, shutting your spouse out can seem like the considerate thing to do. You may tell yourself that they already have enough to worry about or that you should be able to handle it on your own. Sometimes you don’t even know how to explain what’s wrong.</w:t>
      </w:r>
    </w:p>
    <w:p w14:paraId="41D2C38D" w14:textId="77777777" w:rsidR="005743BD" w:rsidRDefault="005B7A0E">
      <w:r>
        <w:t>But when you continually keep your spouse outside the things that affect your life together, distance begins to grow. They can see that something is wrong, but they don’t know what it’s. They may wonder whether you’re upset with them, whether they have done something wrong, or why you no longer seem willing to talk.</w:t>
      </w:r>
    </w:p>
    <w:p w14:paraId="4DA4DEA6" w14:textId="77777777" w:rsidR="005743BD" w:rsidRDefault="005B7A0E">
      <w:r>
        <w:t>You don’t have to have everything figured out before you let your spouse know that you’re struggling.</w:t>
      </w:r>
    </w:p>
    <w:p w14:paraId="48FE6BC2" w14:textId="77777777" w:rsidR="005743BD" w:rsidRDefault="005B7A0E">
      <w:r>
        <w:t>Sometimes the conversation begins with, “I don’t know how to explain this yet, but I’m having a hard time. Can we pray about it?”</w:t>
      </w:r>
    </w:p>
    <w:p w14:paraId="6378C911" w14:textId="77777777" w:rsidR="005743BD" w:rsidRDefault="005B7A0E">
      <w:r>
        <w:t>That gives your spouse a place beside you while you work through what comes next.</w:t>
      </w:r>
    </w:p>
    <w:p w14:paraId="2BC677FB" w14:textId="77777777" w:rsidR="005743BD" w:rsidRDefault="005B7A0E">
      <w:r>
        <w:t xml:space="preserve">Scripture describes marriage as becoming one flesh. What happens to one of you affects the other. A problem at work can follow you home. Financial worries can affect your sleep, your patience, and </w:t>
      </w:r>
      <w:r>
        <w:lastRenderedPageBreak/>
        <w:t>your ability to be present. An unresolved hurt can shape how you hear an otherwise innocent comment.</w:t>
      </w:r>
    </w:p>
    <w:p w14:paraId="77F593C0" w14:textId="77777777" w:rsidR="005743BD" w:rsidRDefault="005B7A0E">
      <w:r>
        <w:t>Your spouse may not be able to solve the problem, but they need the opportunity to understand what you’re facing and how they can support you.</w:t>
      </w:r>
    </w:p>
    <w:p w14:paraId="2332161A" w14:textId="77777777" w:rsidR="005743BD" w:rsidRDefault="005B7A0E">
      <w:r>
        <w:t>That requires vulnerability, and vulnerability takes trust. Your spouse should be someone you can speak honestly with, including when you’re disappointed, frightened, confused, or ashamed. You should be able to admit a mistake without wondering whether it’ll become ammunition in every future argument.</w:t>
      </w:r>
    </w:p>
    <w:p w14:paraId="5386A5E8" w14:textId="77777777" w:rsidR="005743BD" w:rsidRDefault="005B7A0E">
      <w:r>
        <w:t>And you need to offer that same care to them.</w:t>
      </w:r>
    </w:p>
    <w:p w14:paraId="6F97938A" w14:textId="77777777" w:rsidR="005743BD" w:rsidRDefault="005B7A0E">
      <w:r>
        <w:t>If your spouse tells you something difficult, pay attention to how you respond. Ridicule, an impatient lecture, or repeating their private struggle to someone else can make the next honest conversation much harder. You may hear something that needs to be addressed, but you can address it with truth and care.</w:t>
      </w:r>
    </w:p>
    <w:p w14:paraId="2504024E" w14:textId="77777777" w:rsidR="005743BD" w:rsidRDefault="005B7A0E">
      <w:r>
        <w:t>Trust grows when your spouse learns that you’ll take their concerns seriously and handle their vulnerability responsibly.</w:t>
      </w:r>
    </w:p>
    <w:p w14:paraId="25D936D7" w14:textId="77777777" w:rsidR="005743BD" w:rsidRDefault="005B7A0E">
      <w:r>
        <w:t>Philippians 2:4 instructs believers to look out for the interests of others as well as their own. In marriage, that includes taking an interest in what your spouse is carrying. Ask questions because you want to understand. Listen without assuming that your experience tells you exactly what theirs must be.</w:t>
      </w:r>
    </w:p>
    <w:p w14:paraId="19199B0B" w14:textId="77777777" w:rsidR="005743BD" w:rsidRDefault="005B7A0E">
      <w:r>
        <w:t>My husband did something for me that showed this kind of love in a way I’ve never forgotten.</w:t>
      </w:r>
    </w:p>
    <w:p w14:paraId="065DACAC" w14:textId="77777777" w:rsidR="005743BD" w:rsidRDefault="005B7A0E">
      <w:r>
        <w:t>I’m autistic. For many years, the term I used was Asperger’s syndrome. Some things come easily to me, and other things can present challenges, especially in relationships and communication.</w:t>
      </w:r>
    </w:p>
    <w:p w14:paraId="52B5F463" w14:textId="77777777" w:rsidR="005743BD" w:rsidRDefault="005B7A0E">
      <w:r>
        <w:t xml:space="preserve">When I first told my husband about Asperger’s, he thought I was making it up. Then it seemed to be everywhere he turned—on the </w:t>
      </w:r>
      <w:r>
        <w:lastRenderedPageBreak/>
        <w:t>radio, in the newspaper, and online. God was opening a door for him, and he did one of the most loving things anyone has ever done for me.</w:t>
      </w:r>
    </w:p>
    <w:p w14:paraId="296D52C2" w14:textId="77777777" w:rsidR="005743BD" w:rsidRDefault="005B7A0E">
      <w:r>
        <w:t>He began to learn.</w:t>
      </w:r>
    </w:p>
    <w:p w14:paraId="620C9951" w14:textId="77777777" w:rsidR="005743BD" w:rsidRDefault="005B7A0E">
      <w:r>
        <w:t>He researched, read, and asked questions. He took time to understand more about how I function instead of expecting me to experience everything the way he did. That effort strengthened our marriage because it helped him understand the person he had chosen to love.</w:t>
      </w:r>
    </w:p>
    <w:p w14:paraId="1862A526" w14:textId="77777777" w:rsidR="005743BD" w:rsidRDefault="005B7A0E">
      <w:r>
        <w:t>Being understood by your spouse means a great deal. So does knowing that they’re willing to learn what they don’t yet understand.</w:t>
      </w:r>
    </w:p>
    <w:p w14:paraId="1B666BCA" w14:textId="77777777" w:rsidR="005743BD" w:rsidRDefault="005B7A0E">
      <w:r>
        <w:t>You and your spouse will have differences. You may process information differently, need different amounts of quiet, or respond to stress in different ways. One of you may want to talk immediately while the other needs a little time to gather their thoughts.</w:t>
      </w:r>
    </w:p>
    <w:p w14:paraId="4341D4B6" w14:textId="77777777" w:rsidR="005743BD" w:rsidRDefault="005B7A0E">
      <w:r>
        <w:t>Those differences need understanding and some practical agreements. If you need time before you can discuss something well, say so. Then agree on when you’ll return to the conversation. Giving each other room to think can help; leaving an important concern unaddressed indefinitely will make it harder to trust that it matters.</w:t>
      </w:r>
    </w:p>
    <w:p w14:paraId="4F8A2A06" w14:textId="77777777" w:rsidR="005743BD" w:rsidRDefault="005B7A0E">
      <w:r>
        <w:t>You’re learning how to work together. That takes attention, patience, and a willingness to adjust.</w:t>
      </w:r>
    </w:p>
    <w:p w14:paraId="027B1534" w14:textId="77777777" w:rsidR="005743BD" w:rsidRDefault="005B7A0E">
      <w:r>
        <w:t>It also helps to have a sense of humor.</w:t>
      </w:r>
    </w:p>
    <w:p w14:paraId="46E92A61" w14:textId="77777777" w:rsidR="005743BD" w:rsidRDefault="005B7A0E">
      <w:r>
        <w:t>My husband is a very funny man, and I have a pretty good sense of humor myself. That has served us well through burned dinners, difficult days with teenagers, car trouble, and even living in a van for two years. That last one is a story for another day, but there were plenty of opportunities to practice what I’m talking about.</w:t>
      </w:r>
    </w:p>
    <w:p w14:paraId="7A0BB7CF" w14:textId="77777777" w:rsidR="005743BD" w:rsidRDefault="005B7A0E">
      <w:r>
        <w:t>We’ve learned to laugh, pray, and face the next thing together.</w:t>
      </w:r>
    </w:p>
    <w:p w14:paraId="2E97789C" w14:textId="77777777" w:rsidR="005743BD" w:rsidRDefault="005B7A0E">
      <w:r>
        <w:lastRenderedPageBreak/>
        <w:t>Humor doesn’t make a hard situation disappear. It can, however, give you a moment to breathe, remind you that you still enjoy each other, and help you find your footing again. Sometimes a little laughter makes it easier to get up and do what needs to be done.</w:t>
      </w:r>
    </w:p>
    <w:p w14:paraId="03FACE9E" w14:textId="77777777" w:rsidR="005743BD" w:rsidRDefault="005B7A0E">
      <w:r>
        <w:t>Just take care that your humor is something you share. Making your spouse the joke, especially in front of other people, can create hurt that lasts long after everyone else has stopped laughing.</w:t>
      </w:r>
    </w:p>
    <w:p w14:paraId="47D543FD" w14:textId="77777777" w:rsidR="005743BD" w:rsidRDefault="005B7A0E">
      <w:r>
        <w:t>In our marriage, we pray with each other and for each other. We study the Word, talk about what we’re learning, and work together in ministry. We also try to notice when one of us needs help.</w:t>
      </w:r>
    </w:p>
    <w:p w14:paraId="5B9E0A6A" w14:textId="77777777" w:rsidR="005743BD" w:rsidRDefault="005B7A0E">
      <w:r>
        <w:t>If my husband isn’t feeling well, I can step in and teach the lesson for our Sabbath service. If I’m not feeling well, he will take care of dinner without my having to ask. Those things may seem small, but they communicate something important: I see you, I care about what you’re carrying, and I’m willing to help.</w:t>
      </w:r>
    </w:p>
    <w:p w14:paraId="5902659D" w14:textId="77777777" w:rsidR="005743BD" w:rsidRDefault="005B7A0E">
      <w:r>
        <w:t>Do those things quietly, without making praise or recognition a condition of your help. A heartfelt “thank you” is appropriate and appreciated, but it may come later, especially when your spouse is struggling. Help because it’s right and because you love them. You don’t need a pat on the back every time you care for the person you married.</w:t>
      </w:r>
    </w:p>
    <w:p w14:paraId="4C012175" w14:textId="77777777" w:rsidR="005743BD" w:rsidRDefault="005B7A0E">
      <w:r>
        <w:t>Of course, if being taken for granted or taken advantage of has become a pattern, that needs an honest conversation. You can address that concern while still choosing to serve with a willing heart.</w:t>
      </w:r>
    </w:p>
    <w:p w14:paraId="626D7525" w14:textId="77777777" w:rsidR="005743BD" w:rsidRDefault="005B7A0E">
      <w:r>
        <w:t>Sometimes being a team means doing more than your usual share. Illness, grief, exhaustion, and demanding seasons can change what each person is able to do. A marriage needs enough compassion and flexibility to respond to those changes.</w:t>
      </w:r>
    </w:p>
    <w:p w14:paraId="1C33FF02" w14:textId="77777777" w:rsidR="005743BD" w:rsidRDefault="005B7A0E">
      <w:r>
        <w:t xml:space="preserve">It also needs honest conversation. If one person is becoming overwhelmed, the answer can’t always be to ask them to keep </w:t>
      </w:r>
      <w:r>
        <w:lastRenderedPageBreak/>
        <w:t>carrying more. Look together at what needs to be done, what can wait, and where you may need help.</w:t>
      </w:r>
    </w:p>
    <w:p w14:paraId="11CABF27" w14:textId="77777777" w:rsidR="005743BD" w:rsidRDefault="005B7A0E">
      <w:r>
        <w:t>You don’t have to prove your commitment by wearing yourselves out.</w:t>
      </w:r>
    </w:p>
    <w:p w14:paraId="2A140353" w14:textId="77777777" w:rsidR="005743BD" w:rsidRDefault="005B7A0E">
      <w:r>
        <w:t>When problems arise, be careful about slipping into blame. “You always” and “you never” can turn a specific concern into a judgment about the other person’s entire character. Soon you’re both defending yourselves, and the original problem is buried under a huge pile of all the other stuff you’ve dragged into the argument.</w:t>
      </w:r>
    </w:p>
    <w:p w14:paraId="5CD05DEB" w14:textId="77777777" w:rsidR="005743BD" w:rsidRDefault="005B7A0E">
      <w:r>
        <w:t>Try to name what actually happened and what needs attention. “I was worried when that bill went unpaid. Can we work out a way to keep track of the due dates?” gives you something to address together. “You never take anything seriously” makes it much harder to have that conversation.</w:t>
      </w:r>
    </w:p>
    <w:p w14:paraId="40AFE73F" w14:textId="77777777" w:rsidR="005743BD" w:rsidRDefault="005B7A0E">
      <w:r>
        <w:t>There will be times when one of you is clearly responsible for what went wrong. Working together still requires that person to acknowledge it and make things right. Your spouse can support you through the consequences without pretending that your choices had nothing to do with them.</w:t>
      </w:r>
    </w:p>
    <w:p w14:paraId="374744CA" w14:textId="77777777" w:rsidR="005743BD" w:rsidRDefault="005B7A0E">
      <w:r>
        <w:t>Honesty gives you somewhere solid to begin.</w:t>
      </w:r>
    </w:p>
    <w:p w14:paraId="4426B83F" w14:textId="77777777" w:rsidR="005743BD" w:rsidRDefault="005B7A0E">
      <w:r>
        <w:t>Bring your concerns before God together. Ask Him for wisdom, correction, and help. Then take the practical steps that belong with those prayers. Review the finances, make the appointment, change the schedule, or have the conversation you’ve been avoiding.</w:t>
      </w:r>
    </w:p>
    <w:p w14:paraId="1C7731F0" w14:textId="77777777" w:rsidR="005743BD" w:rsidRDefault="005B7A0E">
      <w:r>
        <w:t>Sometimes you may need help from someone who’s equipped to address the situation. Agree together, where possible, on trustworthy pastoral counsel or other appropriate support. Protecting your marriage doesn’t require keeping every serious problem hidden.</w:t>
      </w:r>
    </w:p>
    <w:p w14:paraId="23C390FE" w14:textId="77777777" w:rsidR="005743BD" w:rsidRDefault="005B7A0E">
      <w:r>
        <w:lastRenderedPageBreak/>
        <w:t>Make room for time together that’s about enjoying each other too. Your marriage needs more than conversations about bills, chores, children, and what has gone wrong this week. Put down the phones. Share a meal, take a walk, laugh about something, or talk about what you hope to do together.</w:t>
      </w:r>
    </w:p>
    <w:p w14:paraId="209E1AB8" w14:textId="77777777" w:rsidR="005743BD" w:rsidRDefault="005B7A0E">
      <w:r>
        <w:t>Remember the person you married. Keep learning about who they’re becoming.</w:t>
      </w:r>
    </w:p>
    <w:p w14:paraId="6C73D264" w14:textId="77777777" w:rsidR="005743BD" w:rsidRDefault="005B7A0E">
      <w:r>
        <w:t>Love is a choice, and it’s a choice you put into action every day. Some days, expressing that love will come easily. Other days, it’ll take patience, prayer, and a deliberate decision to respond with kindness when you’re tired or frustrated.</w:t>
      </w:r>
    </w:p>
    <w:p w14:paraId="325B4675" w14:textId="77777777" w:rsidR="005743BD" w:rsidRDefault="005B7A0E">
      <w:r>
        <w:t>Being on the same team means taking the health of your marriage seriously enough to keep showing up, telling the truth, accepting correction, and helping each other grow.</w:t>
      </w:r>
    </w:p>
    <w:p w14:paraId="72AAC15B" w14:textId="77777777" w:rsidR="005743BD" w:rsidRDefault="005B7A0E">
      <w:r>
        <w:t>You have a life to build together. Let each other take part in it.</w:t>
      </w:r>
    </w:p>
    <w:p w14:paraId="1BC8AB82" w14:textId="77777777" w:rsidR="005743BD" w:rsidRDefault="005B7A0E">
      <w:r>
        <w:br w:type="page"/>
      </w:r>
    </w:p>
    <w:p w14:paraId="7C685FFB" w14:textId="77777777" w:rsidR="005743BD" w:rsidRDefault="005B7A0E">
      <w:pPr>
        <w:pStyle w:val="Heading2"/>
        <w:spacing w:after="240"/>
      </w:pPr>
      <w:r>
        <w:lastRenderedPageBreak/>
        <w:t>Reflection</w:t>
      </w:r>
    </w:p>
    <w:p w14:paraId="4B372482" w14:textId="77777777" w:rsidR="005743BD" w:rsidRDefault="005B7A0E">
      <w:pPr>
        <w:pStyle w:val="Heading3"/>
        <w:spacing w:after="100"/>
      </w:pPr>
      <w:r>
        <w:t>Scripture for Study</w:t>
      </w:r>
    </w:p>
    <w:p w14:paraId="1D8060AD" w14:textId="77777777" w:rsidR="005743BD" w:rsidRDefault="005B7A0E">
      <w:pPr>
        <w:spacing w:after="400"/>
      </w:pPr>
      <w:r>
        <w:rPr>
          <w:sz w:val="22"/>
        </w:rPr>
        <w:t>Philippians 2:1–18   •   1 Peter 3:1–12   •   Psalm 133</w:t>
      </w:r>
    </w:p>
    <w:p w14:paraId="61099155" w14:textId="77777777" w:rsidR="005743BD" w:rsidRDefault="005B7A0E">
      <w:pPr>
        <w:keepNext/>
      </w:pPr>
      <w:r>
        <w:t>1. Is there a concern you’ve been carrying alone that affects your marriage? What would help you begin an honest conversation with your spouse about it?</w:t>
      </w:r>
    </w:p>
    <w:p w14:paraId="47194478" w14:textId="77777777" w:rsidR="005743BD" w:rsidRDefault="005B7A0E">
      <w:pPr>
        <w:pBdr>
          <w:bottom w:val="single" w:sz="3" w:space="0" w:color="B8B8B8"/>
          <w:between w:val="single" w:sz="3" w:space="0" w:color="B8B8B8"/>
        </w:pBdr>
        <w:spacing w:after="0" w:line="440" w:lineRule="exact"/>
      </w:pPr>
      <w:r>
        <w:rPr>
          <w:sz w:val="2"/>
        </w:rPr>
        <w:t xml:space="preserve"> </w:t>
      </w:r>
    </w:p>
    <w:p w14:paraId="2F647A39" w14:textId="77777777" w:rsidR="005743BD" w:rsidRDefault="005B7A0E">
      <w:pPr>
        <w:pBdr>
          <w:bottom w:val="single" w:sz="3" w:space="0" w:color="B8B8B8"/>
          <w:between w:val="single" w:sz="3" w:space="0" w:color="B8B8B8"/>
        </w:pBdr>
        <w:spacing w:after="0" w:line="440" w:lineRule="exact"/>
      </w:pPr>
      <w:r>
        <w:rPr>
          <w:sz w:val="2"/>
        </w:rPr>
        <w:t xml:space="preserve"> </w:t>
      </w:r>
    </w:p>
    <w:p w14:paraId="3CB1B340" w14:textId="77777777" w:rsidR="005743BD" w:rsidRDefault="005B7A0E">
      <w:pPr>
        <w:pBdr>
          <w:bottom w:val="single" w:sz="3" w:space="0" w:color="B8B8B8"/>
          <w:between w:val="single" w:sz="3" w:space="0" w:color="B8B8B8"/>
        </w:pBdr>
        <w:spacing w:after="0" w:line="440" w:lineRule="exact"/>
      </w:pPr>
      <w:r>
        <w:rPr>
          <w:sz w:val="2"/>
        </w:rPr>
        <w:t xml:space="preserve"> </w:t>
      </w:r>
    </w:p>
    <w:p w14:paraId="0836703A" w14:textId="77777777" w:rsidR="005743BD" w:rsidRDefault="005B7A0E">
      <w:pPr>
        <w:pBdr>
          <w:bottom w:val="single" w:sz="3" w:space="0" w:color="B8B8B8"/>
          <w:between w:val="single" w:sz="3" w:space="0" w:color="B8B8B8"/>
        </w:pBdr>
        <w:spacing w:after="0" w:line="440" w:lineRule="exact"/>
      </w:pPr>
      <w:r>
        <w:rPr>
          <w:sz w:val="2"/>
        </w:rPr>
        <w:t xml:space="preserve"> </w:t>
      </w:r>
    </w:p>
    <w:p w14:paraId="2B7C099C" w14:textId="77777777" w:rsidR="005743BD" w:rsidRDefault="005B7A0E">
      <w:pPr>
        <w:pBdr>
          <w:bottom w:val="single" w:sz="3" w:space="0" w:color="B8B8B8"/>
          <w:between w:val="single" w:sz="3" w:space="0" w:color="B8B8B8"/>
        </w:pBdr>
        <w:spacing w:after="0" w:line="440" w:lineRule="exact"/>
      </w:pPr>
      <w:r>
        <w:rPr>
          <w:sz w:val="2"/>
        </w:rPr>
        <w:t xml:space="preserve"> </w:t>
      </w:r>
    </w:p>
    <w:p w14:paraId="50896369" w14:textId="77777777" w:rsidR="005743BD" w:rsidRDefault="005743BD">
      <w:pPr>
        <w:spacing w:after="0" w:line="240" w:lineRule="exact"/>
      </w:pPr>
    </w:p>
    <w:p w14:paraId="41B7A6C2" w14:textId="77777777" w:rsidR="005743BD" w:rsidRDefault="005B7A0E">
      <w:pPr>
        <w:keepNext/>
      </w:pPr>
      <w:r>
        <w:t>2. What’s one difference between you and your spouse that you need to understand better? Ask them what that experience is like for them, and listen without trying to correct their answer.</w:t>
      </w:r>
    </w:p>
    <w:p w14:paraId="3D8544BB" w14:textId="77777777" w:rsidR="005743BD" w:rsidRDefault="005B7A0E">
      <w:pPr>
        <w:pBdr>
          <w:bottom w:val="single" w:sz="3" w:space="0" w:color="B8B8B8"/>
          <w:between w:val="single" w:sz="3" w:space="0" w:color="B8B8B8"/>
        </w:pBdr>
        <w:spacing w:after="0" w:line="440" w:lineRule="exact"/>
      </w:pPr>
      <w:r>
        <w:rPr>
          <w:sz w:val="2"/>
        </w:rPr>
        <w:t xml:space="preserve"> </w:t>
      </w:r>
    </w:p>
    <w:p w14:paraId="3CAA951F" w14:textId="77777777" w:rsidR="005743BD" w:rsidRDefault="005B7A0E">
      <w:pPr>
        <w:pBdr>
          <w:bottom w:val="single" w:sz="3" w:space="0" w:color="B8B8B8"/>
          <w:between w:val="single" w:sz="3" w:space="0" w:color="B8B8B8"/>
        </w:pBdr>
        <w:spacing w:after="0" w:line="440" w:lineRule="exact"/>
      </w:pPr>
      <w:r>
        <w:rPr>
          <w:sz w:val="2"/>
        </w:rPr>
        <w:t xml:space="preserve"> </w:t>
      </w:r>
    </w:p>
    <w:p w14:paraId="7727A245" w14:textId="77777777" w:rsidR="005743BD" w:rsidRDefault="005B7A0E">
      <w:pPr>
        <w:pBdr>
          <w:bottom w:val="single" w:sz="3" w:space="0" w:color="B8B8B8"/>
          <w:between w:val="single" w:sz="3" w:space="0" w:color="B8B8B8"/>
        </w:pBdr>
        <w:spacing w:after="0" w:line="440" w:lineRule="exact"/>
      </w:pPr>
      <w:r>
        <w:rPr>
          <w:sz w:val="2"/>
        </w:rPr>
        <w:t xml:space="preserve"> </w:t>
      </w:r>
    </w:p>
    <w:p w14:paraId="4689335E" w14:textId="77777777" w:rsidR="005743BD" w:rsidRDefault="005B7A0E">
      <w:pPr>
        <w:pBdr>
          <w:bottom w:val="single" w:sz="3" w:space="0" w:color="B8B8B8"/>
          <w:between w:val="single" w:sz="3" w:space="0" w:color="B8B8B8"/>
        </w:pBdr>
        <w:spacing w:after="0" w:line="440" w:lineRule="exact"/>
      </w:pPr>
      <w:r>
        <w:rPr>
          <w:sz w:val="2"/>
        </w:rPr>
        <w:t xml:space="preserve"> </w:t>
      </w:r>
    </w:p>
    <w:p w14:paraId="18847232" w14:textId="77777777" w:rsidR="005743BD" w:rsidRDefault="005B7A0E">
      <w:pPr>
        <w:pBdr>
          <w:bottom w:val="single" w:sz="3" w:space="0" w:color="B8B8B8"/>
          <w:between w:val="single" w:sz="3" w:space="0" w:color="B8B8B8"/>
        </w:pBdr>
        <w:spacing w:after="0" w:line="440" w:lineRule="exact"/>
      </w:pPr>
      <w:r>
        <w:rPr>
          <w:sz w:val="2"/>
        </w:rPr>
        <w:t xml:space="preserve"> </w:t>
      </w:r>
    </w:p>
    <w:p w14:paraId="2C1DA1DC" w14:textId="77777777" w:rsidR="005743BD" w:rsidRDefault="005743BD">
      <w:pPr>
        <w:spacing w:after="0" w:line="240" w:lineRule="exact"/>
      </w:pPr>
    </w:p>
    <w:p w14:paraId="07D74985" w14:textId="77777777" w:rsidR="005743BD" w:rsidRDefault="005B7A0E">
      <w:r>
        <w:br w:type="page"/>
      </w:r>
    </w:p>
    <w:p w14:paraId="692C2990" w14:textId="7119DE34" w:rsidR="005743BD" w:rsidRDefault="005B7A0E">
      <w:pPr>
        <w:pStyle w:val="Heading2"/>
        <w:spacing w:after="240"/>
      </w:pPr>
      <w:r>
        <w:lastRenderedPageBreak/>
        <w:t xml:space="preserve">Reflection </w:t>
      </w:r>
    </w:p>
    <w:p w14:paraId="5E4366A2" w14:textId="77777777" w:rsidR="005743BD" w:rsidRDefault="005B7A0E">
      <w:pPr>
        <w:spacing w:after="400"/>
      </w:pPr>
      <w:r>
        <w:rPr>
          <w:i/>
          <w:sz w:val="22"/>
        </w:rPr>
        <w:t>Take your time. Pray, reflect, and write.</w:t>
      </w:r>
    </w:p>
    <w:p w14:paraId="5AC52F37" w14:textId="77777777" w:rsidR="005743BD" w:rsidRDefault="005B7A0E">
      <w:pPr>
        <w:keepNext/>
      </w:pPr>
      <w:r>
        <w:t>3. Choose one challenge you’re currently facing together. What practical step can each of you take? Is there something you need to pray about, change, or seek help with?</w:t>
      </w:r>
    </w:p>
    <w:p w14:paraId="59B12D11" w14:textId="77777777" w:rsidR="005743BD" w:rsidRDefault="005B7A0E">
      <w:pPr>
        <w:pBdr>
          <w:bottom w:val="single" w:sz="3" w:space="0" w:color="B8B8B8"/>
          <w:between w:val="single" w:sz="3" w:space="0" w:color="B8B8B8"/>
        </w:pBdr>
        <w:spacing w:after="0" w:line="440" w:lineRule="exact"/>
      </w:pPr>
      <w:r>
        <w:rPr>
          <w:sz w:val="2"/>
        </w:rPr>
        <w:t xml:space="preserve"> </w:t>
      </w:r>
    </w:p>
    <w:p w14:paraId="7D1AC814" w14:textId="77777777" w:rsidR="005743BD" w:rsidRDefault="005B7A0E">
      <w:pPr>
        <w:pBdr>
          <w:bottom w:val="single" w:sz="3" w:space="0" w:color="B8B8B8"/>
          <w:between w:val="single" w:sz="3" w:space="0" w:color="B8B8B8"/>
        </w:pBdr>
        <w:spacing w:after="0" w:line="440" w:lineRule="exact"/>
      </w:pPr>
      <w:r>
        <w:rPr>
          <w:sz w:val="2"/>
        </w:rPr>
        <w:t xml:space="preserve"> </w:t>
      </w:r>
    </w:p>
    <w:p w14:paraId="077A9E7B" w14:textId="77777777" w:rsidR="005743BD" w:rsidRDefault="005B7A0E">
      <w:pPr>
        <w:pBdr>
          <w:bottom w:val="single" w:sz="3" w:space="0" w:color="B8B8B8"/>
          <w:between w:val="single" w:sz="3" w:space="0" w:color="B8B8B8"/>
        </w:pBdr>
        <w:spacing w:after="0" w:line="440" w:lineRule="exact"/>
      </w:pPr>
      <w:r>
        <w:rPr>
          <w:sz w:val="2"/>
        </w:rPr>
        <w:t xml:space="preserve"> </w:t>
      </w:r>
    </w:p>
    <w:p w14:paraId="061E87DD" w14:textId="77777777" w:rsidR="005743BD" w:rsidRDefault="005B7A0E">
      <w:pPr>
        <w:pBdr>
          <w:bottom w:val="single" w:sz="3" w:space="0" w:color="B8B8B8"/>
          <w:between w:val="single" w:sz="3" w:space="0" w:color="B8B8B8"/>
        </w:pBdr>
        <w:spacing w:after="0" w:line="440" w:lineRule="exact"/>
      </w:pPr>
      <w:r>
        <w:rPr>
          <w:sz w:val="2"/>
        </w:rPr>
        <w:t xml:space="preserve"> </w:t>
      </w:r>
    </w:p>
    <w:p w14:paraId="5C4EDF15" w14:textId="77777777" w:rsidR="005743BD" w:rsidRDefault="005B7A0E">
      <w:pPr>
        <w:pBdr>
          <w:bottom w:val="single" w:sz="3" w:space="0" w:color="B8B8B8"/>
          <w:between w:val="single" w:sz="3" w:space="0" w:color="B8B8B8"/>
        </w:pBdr>
        <w:spacing w:after="0" w:line="440" w:lineRule="exact"/>
      </w:pPr>
      <w:r>
        <w:rPr>
          <w:sz w:val="2"/>
        </w:rPr>
        <w:t xml:space="preserve"> </w:t>
      </w:r>
    </w:p>
    <w:p w14:paraId="58D11280" w14:textId="77777777" w:rsidR="005743BD" w:rsidRDefault="005B7A0E">
      <w:pPr>
        <w:pBdr>
          <w:bottom w:val="single" w:sz="3" w:space="0" w:color="B8B8B8"/>
          <w:between w:val="single" w:sz="3" w:space="0" w:color="B8B8B8"/>
        </w:pBdr>
        <w:spacing w:after="0" w:line="440" w:lineRule="exact"/>
      </w:pPr>
      <w:r>
        <w:rPr>
          <w:sz w:val="2"/>
        </w:rPr>
        <w:t xml:space="preserve"> </w:t>
      </w:r>
    </w:p>
    <w:p w14:paraId="67BFAB96" w14:textId="77777777" w:rsidR="005743BD" w:rsidRDefault="005743BD">
      <w:pPr>
        <w:spacing w:after="0" w:line="240" w:lineRule="exact"/>
      </w:pPr>
    </w:p>
    <w:p w14:paraId="3F2699B2" w14:textId="77777777" w:rsidR="005743BD" w:rsidRDefault="005B7A0E">
      <w:pPr>
        <w:keepNext/>
      </w:pPr>
      <w:r>
        <w:t>4. What’s one thing that you admire about your spouse?</w:t>
      </w:r>
    </w:p>
    <w:p w14:paraId="46E31356" w14:textId="77777777" w:rsidR="005743BD" w:rsidRDefault="005B7A0E">
      <w:pPr>
        <w:pBdr>
          <w:bottom w:val="single" w:sz="3" w:space="0" w:color="B8B8B8"/>
          <w:between w:val="single" w:sz="3" w:space="0" w:color="B8B8B8"/>
        </w:pBdr>
        <w:spacing w:after="0" w:line="440" w:lineRule="exact"/>
      </w:pPr>
      <w:r>
        <w:rPr>
          <w:sz w:val="2"/>
        </w:rPr>
        <w:t xml:space="preserve"> </w:t>
      </w:r>
    </w:p>
    <w:p w14:paraId="1069A3A3" w14:textId="77777777" w:rsidR="005743BD" w:rsidRDefault="005B7A0E">
      <w:pPr>
        <w:pBdr>
          <w:bottom w:val="single" w:sz="3" w:space="0" w:color="B8B8B8"/>
          <w:between w:val="single" w:sz="3" w:space="0" w:color="B8B8B8"/>
        </w:pBdr>
        <w:spacing w:after="0" w:line="440" w:lineRule="exact"/>
      </w:pPr>
      <w:r>
        <w:rPr>
          <w:sz w:val="2"/>
        </w:rPr>
        <w:t xml:space="preserve"> </w:t>
      </w:r>
    </w:p>
    <w:p w14:paraId="3FB74C14" w14:textId="77777777" w:rsidR="005743BD" w:rsidRDefault="005B7A0E">
      <w:pPr>
        <w:pBdr>
          <w:bottom w:val="single" w:sz="3" w:space="0" w:color="B8B8B8"/>
          <w:between w:val="single" w:sz="3" w:space="0" w:color="B8B8B8"/>
        </w:pBdr>
        <w:spacing w:after="0" w:line="440" w:lineRule="exact"/>
      </w:pPr>
      <w:r>
        <w:rPr>
          <w:sz w:val="2"/>
        </w:rPr>
        <w:t xml:space="preserve"> </w:t>
      </w:r>
    </w:p>
    <w:p w14:paraId="75EE6704" w14:textId="77777777" w:rsidR="005743BD" w:rsidRDefault="005B7A0E">
      <w:pPr>
        <w:pBdr>
          <w:bottom w:val="single" w:sz="3" w:space="0" w:color="B8B8B8"/>
          <w:between w:val="single" w:sz="3" w:space="0" w:color="B8B8B8"/>
        </w:pBdr>
        <w:spacing w:after="0" w:line="440" w:lineRule="exact"/>
      </w:pPr>
      <w:r>
        <w:rPr>
          <w:sz w:val="2"/>
        </w:rPr>
        <w:t xml:space="preserve"> </w:t>
      </w:r>
    </w:p>
    <w:p w14:paraId="55F2F6CB" w14:textId="77777777" w:rsidR="005743BD" w:rsidRDefault="005B7A0E">
      <w:pPr>
        <w:pBdr>
          <w:bottom w:val="single" w:sz="3" w:space="0" w:color="B8B8B8"/>
          <w:between w:val="single" w:sz="3" w:space="0" w:color="B8B8B8"/>
        </w:pBdr>
        <w:spacing w:after="0" w:line="440" w:lineRule="exact"/>
      </w:pPr>
      <w:r>
        <w:rPr>
          <w:sz w:val="2"/>
        </w:rPr>
        <w:t xml:space="preserve"> </w:t>
      </w:r>
    </w:p>
    <w:p w14:paraId="64F2AAC7" w14:textId="77777777" w:rsidR="005743BD" w:rsidRDefault="005B7A0E">
      <w:pPr>
        <w:pBdr>
          <w:bottom w:val="single" w:sz="3" w:space="0" w:color="B8B8B8"/>
          <w:between w:val="single" w:sz="3" w:space="0" w:color="B8B8B8"/>
        </w:pBdr>
        <w:spacing w:after="0" w:line="440" w:lineRule="exact"/>
      </w:pPr>
      <w:r>
        <w:rPr>
          <w:sz w:val="2"/>
        </w:rPr>
        <w:t xml:space="preserve"> </w:t>
      </w:r>
    </w:p>
    <w:p w14:paraId="4C8E76C0" w14:textId="77777777" w:rsidR="005743BD" w:rsidRDefault="005743BD">
      <w:pPr>
        <w:spacing w:after="0" w:line="240" w:lineRule="exact"/>
      </w:pPr>
    </w:p>
    <w:p w14:paraId="106E7127" w14:textId="77777777" w:rsidR="005743BD" w:rsidRDefault="005B7A0E">
      <w:r>
        <w:br w:type="page"/>
      </w:r>
    </w:p>
    <w:p w14:paraId="77F7B0FE" w14:textId="086E5706" w:rsidR="005743BD" w:rsidRDefault="005B7A0E">
      <w:pPr>
        <w:pStyle w:val="Heading2"/>
        <w:spacing w:after="240"/>
      </w:pPr>
      <w:r>
        <w:lastRenderedPageBreak/>
        <w:t xml:space="preserve">Reflection </w:t>
      </w:r>
    </w:p>
    <w:p w14:paraId="744DF994" w14:textId="77777777" w:rsidR="005743BD" w:rsidRDefault="005B7A0E">
      <w:pPr>
        <w:spacing w:after="400"/>
      </w:pPr>
      <w:r>
        <w:rPr>
          <w:i/>
          <w:sz w:val="22"/>
        </w:rPr>
        <w:t>Take your time. Pray, reflect, and write.</w:t>
      </w:r>
    </w:p>
    <w:p w14:paraId="6E6CA5F6" w14:textId="77777777" w:rsidR="005743BD" w:rsidRDefault="005B7A0E">
      <w:pPr>
        <w:keepNext/>
      </w:pPr>
      <w:r>
        <w:t>5. What’s one way that your spouse blesses you or has blessed you?</w:t>
      </w:r>
    </w:p>
    <w:p w14:paraId="5927D0AB" w14:textId="77777777" w:rsidR="005743BD" w:rsidRDefault="005B7A0E">
      <w:pPr>
        <w:pBdr>
          <w:bottom w:val="single" w:sz="3" w:space="0" w:color="B8B8B8"/>
          <w:between w:val="single" w:sz="3" w:space="0" w:color="B8B8B8"/>
        </w:pBdr>
        <w:spacing w:after="0" w:line="440" w:lineRule="exact"/>
      </w:pPr>
      <w:r>
        <w:rPr>
          <w:sz w:val="2"/>
        </w:rPr>
        <w:t xml:space="preserve"> </w:t>
      </w:r>
    </w:p>
    <w:p w14:paraId="677D052A" w14:textId="77777777" w:rsidR="005743BD" w:rsidRDefault="005B7A0E">
      <w:pPr>
        <w:pBdr>
          <w:bottom w:val="single" w:sz="3" w:space="0" w:color="B8B8B8"/>
          <w:between w:val="single" w:sz="3" w:space="0" w:color="B8B8B8"/>
        </w:pBdr>
        <w:spacing w:after="0" w:line="440" w:lineRule="exact"/>
      </w:pPr>
      <w:r>
        <w:rPr>
          <w:sz w:val="2"/>
        </w:rPr>
        <w:t xml:space="preserve"> </w:t>
      </w:r>
    </w:p>
    <w:p w14:paraId="423BFC51" w14:textId="77777777" w:rsidR="005743BD" w:rsidRDefault="005B7A0E">
      <w:pPr>
        <w:pBdr>
          <w:bottom w:val="single" w:sz="3" w:space="0" w:color="B8B8B8"/>
          <w:between w:val="single" w:sz="3" w:space="0" w:color="B8B8B8"/>
        </w:pBdr>
        <w:spacing w:after="0" w:line="440" w:lineRule="exact"/>
      </w:pPr>
      <w:r>
        <w:rPr>
          <w:sz w:val="2"/>
        </w:rPr>
        <w:t xml:space="preserve"> </w:t>
      </w:r>
    </w:p>
    <w:p w14:paraId="124B8406" w14:textId="77777777" w:rsidR="005743BD" w:rsidRDefault="005B7A0E">
      <w:pPr>
        <w:pBdr>
          <w:bottom w:val="single" w:sz="3" w:space="0" w:color="B8B8B8"/>
          <w:between w:val="single" w:sz="3" w:space="0" w:color="B8B8B8"/>
        </w:pBdr>
        <w:spacing w:after="0" w:line="440" w:lineRule="exact"/>
      </w:pPr>
      <w:r>
        <w:rPr>
          <w:sz w:val="2"/>
        </w:rPr>
        <w:t xml:space="preserve"> </w:t>
      </w:r>
    </w:p>
    <w:p w14:paraId="7614906D" w14:textId="77777777" w:rsidR="005743BD" w:rsidRDefault="005B7A0E">
      <w:pPr>
        <w:pBdr>
          <w:bottom w:val="single" w:sz="3" w:space="0" w:color="B8B8B8"/>
          <w:between w:val="single" w:sz="3" w:space="0" w:color="B8B8B8"/>
        </w:pBdr>
        <w:spacing w:after="0" w:line="440" w:lineRule="exact"/>
      </w:pPr>
      <w:r>
        <w:rPr>
          <w:sz w:val="2"/>
        </w:rPr>
        <w:t xml:space="preserve"> </w:t>
      </w:r>
    </w:p>
    <w:p w14:paraId="0DF592EC" w14:textId="77777777" w:rsidR="005743BD" w:rsidRDefault="005B7A0E">
      <w:pPr>
        <w:pBdr>
          <w:bottom w:val="single" w:sz="3" w:space="0" w:color="B8B8B8"/>
          <w:between w:val="single" w:sz="3" w:space="0" w:color="B8B8B8"/>
        </w:pBdr>
        <w:spacing w:after="0" w:line="440" w:lineRule="exact"/>
      </w:pPr>
      <w:r>
        <w:rPr>
          <w:sz w:val="2"/>
        </w:rPr>
        <w:t xml:space="preserve"> </w:t>
      </w:r>
    </w:p>
    <w:p w14:paraId="21121BD0" w14:textId="77777777" w:rsidR="005743BD" w:rsidRDefault="005743BD">
      <w:pPr>
        <w:spacing w:after="0" w:line="240" w:lineRule="exact"/>
      </w:pPr>
    </w:p>
    <w:p w14:paraId="4EC1B741" w14:textId="77777777" w:rsidR="005743BD" w:rsidRDefault="005B7A0E">
      <w:pPr>
        <w:keepNext/>
      </w:pPr>
      <w:r>
        <w:t>6. What’s one thing that you can commit to today to make your marriage better or stronger?</w:t>
      </w:r>
    </w:p>
    <w:p w14:paraId="78A01765" w14:textId="77777777" w:rsidR="005743BD" w:rsidRDefault="005B7A0E">
      <w:pPr>
        <w:pBdr>
          <w:bottom w:val="single" w:sz="3" w:space="0" w:color="B8B8B8"/>
          <w:between w:val="single" w:sz="3" w:space="0" w:color="B8B8B8"/>
        </w:pBdr>
        <w:spacing w:after="0" w:line="440" w:lineRule="exact"/>
      </w:pPr>
      <w:r>
        <w:rPr>
          <w:sz w:val="2"/>
        </w:rPr>
        <w:t xml:space="preserve"> </w:t>
      </w:r>
    </w:p>
    <w:p w14:paraId="30AE7547" w14:textId="77777777" w:rsidR="005743BD" w:rsidRDefault="005B7A0E">
      <w:pPr>
        <w:pBdr>
          <w:bottom w:val="single" w:sz="3" w:space="0" w:color="B8B8B8"/>
          <w:between w:val="single" w:sz="3" w:space="0" w:color="B8B8B8"/>
        </w:pBdr>
        <w:spacing w:after="0" w:line="440" w:lineRule="exact"/>
      </w:pPr>
      <w:r>
        <w:rPr>
          <w:sz w:val="2"/>
        </w:rPr>
        <w:t xml:space="preserve"> </w:t>
      </w:r>
    </w:p>
    <w:p w14:paraId="2FD5FABD" w14:textId="77777777" w:rsidR="005743BD" w:rsidRDefault="005B7A0E">
      <w:pPr>
        <w:pBdr>
          <w:bottom w:val="single" w:sz="3" w:space="0" w:color="B8B8B8"/>
          <w:between w:val="single" w:sz="3" w:space="0" w:color="B8B8B8"/>
        </w:pBdr>
        <w:spacing w:after="0" w:line="440" w:lineRule="exact"/>
      </w:pPr>
      <w:r>
        <w:rPr>
          <w:sz w:val="2"/>
        </w:rPr>
        <w:t xml:space="preserve"> </w:t>
      </w:r>
    </w:p>
    <w:p w14:paraId="3F00E540" w14:textId="77777777" w:rsidR="005743BD" w:rsidRDefault="005B7A0E">
      <w:pPr>
        <w:pBdr>
          <w:bottom w:val="single" w:sz="3" w:space="0" w:color="B8B8B8"/>
          <w:between w:val="single" w:sz="3" w:space="0" w:color="B8B8B8"/>
        </w:pBdr>
        <w:spacing w:after="0" w:line="440" w:lineRule="exact"/>
      </w:pPr>
      <w:r>
        <w:rPr>
          <w:sz w:val="2"/>
        </w:rPr>
        <w:t xml:space="preserve"> </w:t>
      </w:r>
    </w:p>
    <w:p w14:paraId="206791C2" w14:textId="77777777" w:rsidR="005743BD" w:rsidRDefault="005B7A0E">
      <w:pPr>
        <w:pBdr>
          <w:bottom w:val="single" w:sz="3" w:space="0" w:color="B8B8B8"/>
          <w:between w:val="single" w:sz="3" w:space="0" w:color="B8B8B8"/>
        </w:pBdr>
        <w:spacing w:after="0" w:line="440" w:lineRule="exact"/>
      </w:pPr>
      <w:r>
        <w:rPr>
          <w:sz w:val="2"/>
        </w:rPr>
        <w:t xml:space="preserve"> </w:t>
      </w:r>
    </w:p>
    <w:p w14:paraId="404F7A38" w14:textId="77777777" w:rsidR="005743BD" w:rsidRDefault="005B7A0E">
      <w:pPr>
        <w:pBdr>
          <w:bottom w:val="single" w:sz="3" w:space="0" w:color="B8B8B8"/>
          <w:between w:val="single" w:sz="3" w:space="0" w:color="B8B8B8"/>
        </w:pBdr>
        <w:spacing w:after="0" w:line="440" w:lineRule="exact"/>
      </w:pPr>
      <w:r>
        <w:rPr>
          <w:sz w:val="2"/>
        </w:rPr>
        <w:t xml:space="preserve"> </w:t>
      </w:r>
    </w:p>
    <w:p w14:paraId="44109FC5" w14:textId="77777777" w:rsidR="005743BD" w:rsidRDefault="005743BD">
      <w:pPr>
        <w:spacing w:after="0" w:line="240" w:lineRule="exact"/>
      </w:pPr>
    </w:p>
    <w:p w14:paraId="4CCE11D9" w14:textId="77777777" w:rsidR="005743BD" w:rsidRDefault="005743BD">
      <w:pPr>
        <w:sectPr w:rsidR="005743BD">
          <w:footerReference w:type="default" r:id="rId14"/>
          <w:type w:val="oddPage"/>
          <w:pgSz w:w="10080" w:h="14400"/>
          <w:pgMar w:top="1152" w:right="1152" w:bottom="1152" w:left="1296" w:header="504" w:footer="504" w:gutter="0"/>
          <w:cols w:space="720"/>
          <w:docGrid w:linePitch="360"/>
        </w:sectPr>
      </w:pPr>
    </w:p>
    <w:p w14:paraId="61A6D728" w14:textId="64E29CF0" w:rsidR="00C3140B" w:rsidRDefault="00C3140B">
      <w:pPr>
        <w:spacing w:after="200"/>
        <w:rPr>
          <w:rFonts w:cstheme="majorBidi"/>
          <w:b/>
          <w:bCs/>
          <w:sz w:val="42"/>
          <w:szCs w:val="28"/>
        </w:rPr>
      </w:pPr>
    </w:p>
    <w:p w14:paraId="026F0AA4" w14:textId="77777777" w:rsidR="00C3140B" w:rsidRDefault="00C3140B">
      <w:pPr>
        <w:pStyle w:val="Heading1"/>
      </w:pPr>
    </w:p>
    <w:p w14:paraId="57AC472B" w14:textId="77777777" w:rsidR="00C3140B" w:rsidRDefault="00C3140B">
      <w:pPr>
        <w:pStyle w:val="Heading1"/>
      </w:pPr>
    </w:p>
    <w:p w14:paraId="4E1F7C78" w14:textId="77777777" w:rsidR="00C3140B" w:rsidRDefault="00C3140B">
      <w:pPr>
        <w:pStyle w:val="Heading1"/>
      </w:pPr>
    </w:p>
    <w:p w14:paraId="53E2EEB1" w14:textId="073317AA" w:rsidR="005743BD" w:rsidRDefault="005B7A0E">
      <w:pPr>
        <w:pStyle w:val="Heading1"/>
      </w:pPr>
      <w:r>
        <w:t>3. “Just Love” each other.</w:t>
      </w:r>
    </w:p>
    <w:p w14:paraId="43EBEAD2" w14:textId="77777777" w:rsidR="005743BD" w:rsidRDefault="005B7A0E">
      <w:r>
        <w:t>Love is wonderful. It gets you thinking about forever, building a life together, and sharing all the things you hope marriage will be. There’s joy in discovering someone, enjoying their company, and realizing that your friendship may be becoming something more.</w:t>
      </w:r>
    </w:p>
    <w:p w14:paraId="4C9C510E" w14:textId="77777777" w:rsidR="005743BD" w:rsidRDefault="005B7A0E">
      <w:r>
        <w:t>But the excitement of falling in love can’t carry every responsibility that comes with marriage. You need a foundation that will hold when the butterflies settle down and the two of you have bills to pay, decisions to make, and a disagreement neither of you expected.</w:t>
      </w:r>
    </w:p>
    <w:p w14:paraId="23DE6CF7" w14:textId="77777777" w:rsidR="005743BD" w:rsidRDefault="005B7A0E">
      <w:r>
        <w:t>Some days you’ll feel wonderfully close to your spouse. Other days, you may feel tired, distracted, frustrated, or hurt. Those feelings deserve attention, but they can’t make every decision about how you treat each other.</w:t>
      </w:r>
    </w:p>
    <w:p w14:paraId="27070245" w14:textId="77777777" w:rsidR="005743BD" w:rsidRDefault="005B7A0E">
      <w:r>
        <w:t>You made a commitment to love a person whose needs and worth don’t disappear when your mood changes.</w:t>
      </w:r>
    </w:p>
    <w:p w14:paraId="52EECFEE" w14:textId="77777777" w:rsidR="005743BD" w:rsidRDefault="005B7A0E">
      <w:r>
        <w:t>My husband and I were best friends for quite some time before we married. We enjoyed each other’s company, went to church together, spent holidays together, and prayed together. We encouraged each other spiritually and kept each other accountable. Neither of us was in a hurry to get married.</w:t>
      </w:r>
    </w:p>
    <w:p w14:paraId="2EABC683" w14:textId="77777777" w:rsidR="005743BD" w:rsidRDefault="005B7A0E">
      <w:r>
        <w:lastRenderedPageBreak/>
        <w:t>I knew I loved him, and I knew he loved me. But sharing your life with someone is a considerable step, especially when you’ve become accustomed to taking care of yourself.</w:t>
      </w:r>
    </w:p>
    <w:p w14:paraId="0EEB5C65" w14:textId="77777777" w:rsidR="005743BD" w:rsidRDefault="005B7A0E">
      <w:r>
        <w:t>As our friendship began to feel like it might become something more, I had mixed feelings. I didn’t know that he was experiencing some of the same things. I was used to being on my own, and I couldn’t quite picture what joining my life to someone else’s would look like.</w:t>
      </w:r>
    </w:p>
    <w:p w14:paraId="76444922" w14:textId="77777777" w:rsidR="005743BD" w:rsidRDefault="005B7A0E">
      <w:r>
        <w:t>Then, one morning while I was praying, God said, “Just love him.”</w:t>
      </w:r>
    </w:p>
    <w:p w14:paraId="34B69144" w14:textId="77777777" w:rsidR="005743BD" w:rsidRDefault="005B7A0E">
      <w:r>
        <w:t>It hit me hard. Those three words were simple, but there was a great deal for me to learn in them.</w:t>
      </w:r>
    </w:p>
    <w:p w14:paraId="5AEFB78A" w14:textId="77777777" w:rsidR="005743BD" w:rsidRDefault="005B7A0E">
      <w:r>
        <w:t>I needed to love him with a Christlike love. I needed to accept him as a person instead of approaching our relationship with a list of things I intended to change. His relationship with God was his responsibility, and I could trust God to do His work while I took responsibility for mine.</w:t>
      </w:r>
    </w:p>
    <w:p w14:paraId="3961212B" w14:textId="77777777" w:rsidR="005743BD" w:rsidRDefault="005B7A0E">
      <w:r>
        <w:t>That gave me a different way to approach our friendship. Whatever happened next, I could love him honestly and care about his well-being. I didn’t have to force the relationship toward a particular outcome.</w:t>
      </w:r>
    </w:p>
    <w:p w14:paraId="5E424802" w14:textId="77777777" w:rsidR="005743BD" w:rsidRDefault="005B7A0E">
      <w:r>
        <w:t>We had always told each other, “I love you.” But I began saying, “I just love you.” He understood what I meant, and he would smile. Then I started telling him, “I accept you just as you’re.”</w:t>
      </w:r>
    </w:p>
    <w:p w14:paraId="2FD16951" w14:textId="77777777" w:rsidR="005743BD" w:rsidRDefault="005B7A0E">
      <w:r>
        <w:t>Those words mattered. Learning to mean them consistently took some work.</w:t>
      </w:r>
    </w:p>
    <w:p w14:paraId="0FC2142E" w14:textId="77777777" w:rsidR="005743BD" w:rsidRDefault="005B7A0E">
      <w:r>
        <w:t>It was easy to say them when everything was pleasant. It was harder when something irritated me or when I wished he would respond the way I thought he should. I had to keep bringing my own heart before God and asking Him to teach me how to love.</w:t>
      </w:r>
    </w:p>
    <w:p w14:paraId="238CF4B1" w14:textId="77777777" w:rsidR="005743BD" w:rsidRDefault="005B7A0E">
      <w:r>
        <w:t>All that Christlike love business is HARD!</w:t>
      </w:r>
    </w:p>
    <w:p w14:paraId="7193E4D1" w14:textId="77777777" w:rsidR="005743BD" w:rsidRDefault="005B7A0E">
      <w:r>
        <w:lastRenderedPageBreak/>
        <w:t>As I prayed about him and about my own responses, something began to change in me. I became more willing to extend patience, give grace, and appreciate the person in front of me. One day, I realized that the love I had been asking God to develop had taken root. I truly did “just love” him.</w:t>
      </w:r>
    </w:p>
    <w:p w14:paraId="51BE20CF" w14:textId="77777777" w:rsidR="005743BD" w:rsidRDefault="005B7A0E">
      <w:r>
        <w:t>We remained best friends, and eventually he began talking about marriage. Then we became husband and wife. Along the way, God had been teaching me lessons about love, patience, and forgiveness that I would continue to need in our marriage.</w:t>
      </w:r>
    </w:p>
    <w:p w14:paraId="05FD7AD9" w14:textId="77777777" w:rsidR="005743BD" w:rsidRDefault="005B7A0E">
      <w:r>
        <w:t>I’m still learning to put those lessons into practice.</w:t>
      </w:r>
    </w:p>
    <w:p w14:paraId="685E7B8B" w14:textId="77777777" w:rsidR="005743BD" w:rsidRDefault="005B7A0E">
      <w:r>
        <w:t>You love your spouse differently from the way you love your parents, children, or friends. Marriage has its own intimacy, responsibilities, and covenant. But the character of Christ needs to shape the love you express in every relationship, including this one.</w:t>
      </w:r>
    </w:p>
    <w:p w14:paraId="0BB683DA" w14:textId="77777777" w:rsidR="005743BD" w:rsidRDefault="005B7A0E">
      <w:r>
        <w:t>1 Corinthians 13 describes love in ways that reach into daily life. Love is patient and kind. It is not puffed up, does not seek its own, and does not rejoice in iniquity but rejoices in the truth.</w:t>
      </w:r>
    </w:p>
    <w:p w14:paraId="73ECFB70" w14:textId="77777777" w:rsidR="005743BD" w:rsidRDefault="005B7A0E">
      <w:r>
        <w:t>Those are things you can examine in how you treat your spouse.</w:t>
      </w:r>
    </w:p>
    <w:p w14:paraId="6576EF32" w14:textId="77777777" w:rsidR="005743BD" w:rsidRDefault="005B7A0E">
      <w:r>
        <w:t>Are you patient when they need something explained again? Are you kind when you disagree? Can you celebrate something good that happens to them without making the conversation about yourself? Are you willing to tell the truth and receive it?</w:t>
      </w:r>
    </w:p>
    <w:p w14:paraId="1EC34694" w14:textId="77777777" w:rsidR="005743BD" w:rsidRDefault="005B7A0E">
      <w:r>
        <w:t>You may sincerely feel love for your spouse and still need to change how you express it. “You know I love you” can’t continually stand in for the care, honesty, and respect your marriage needs.</w:t>
      </w:r>
    </w:p>
    <w:p w14:paraId="44776771" w14:textId="77777777" w:rsidR="005743BD" w:rsidRDefault="005B7A0E">
      <w:r>
        <w:t>Let your spouse experience your love in the way you speak, the promises you keep, and the attention you give them.</w:t>
      </w:r>
    </w:p>
    <w:p w14:paraId="33C8456D" w14:textId="77777777" w:rsidR="005743BD" w:rsidRDefault="005B7A0E">
      <w:r>
        <w:t xml:space="preserve">There’s also a difference between accepting someone as a person and approving every choice they make. Loving your spouse doesn’t require you to excuse sin, overlook dishonesty, or pretend that </w:t>
      </w:r>
      <w:r>
        <w:lastRenderedPageBreak/>
        <w:t>hurtful behavior has no consequences. Love rejoices in truth. Sometimes a loving response includes a difficult conversation, a clear boundary, or a call to repentance.</w:t>
      </w:r>
    </w:p>
    <w:p w14:paraId="251C253D" w14:textId="77777777" w:rsidR="005743BD" w:rsidRDefault="005B7A0E">
      <w:r>
        <w:t>You can care deeply about someone and still tell them that something needs to change.</w:t>
      </w:r>
    </w:p>
    <w:p w14:paraId="43CD694E" w14:textId="77777777" w:rsidR="005743BD" w:rsidRDefault="005B7A0E">
      <w:r>
        <w:t>I had to learn that it wasn’t my job to remake my husband according to my preferences. Even learning to recognize the ways he already showed his love made a tremendous difference. I needed to notice and appreciate those expressions instead of expecting every demonstration of love to look the way I imagined it should.</w:t>
      </w:r>
    </w:p>
    <w:p w14:paraId="3A4DAE80" w14:textId="77777777" w:rsidR="005743BD" w:rsidRDefault="005B7A0E">
      <w:r>
        <w:t>We’re still individuals, but we’re also one flesh. Respecting our differences doesn’t remove our responsibility to encourage each other in obedience. We can pray for each other, discuss the Word, and speak honestly about concerns. We also need enough humility to recognize when we’ve confused our own way of doing something with the only right way.</w:t>
      </w:r>
    </w:p>
    <w:p w14:paraId="512C442F" w14:textId="77777777" w:rsidR="005743BD" w:rsidRDefault="005B7A0E">
      <w:r>
        <w:t>Sometimes your spouse needs help finding their way back to what Scripture teaches. Other times, you need to exercise patience and make room for a difference in how they do things. Discernment helps you recognize the difference.</w:t>
      </w:r>
    </w:p>
    <w:p w14:paraId="2A409731" w14:textId="77777777" w:rsidR="005743BD" w:rsidRDefault="005B7A0E">
      <w:r>
        <w:t>Romantic affection is a beautiful part of marriage, and it deserves care. Enjoy each other. Be affectionate, make time together, and keep learning what brings your spouse joy. A lasting commitment doesn’t mean the warmth and delight of your relationship should be neglected.</w:t>
      </w:r>
    </w:p>
    <w:p w14:paraId="0AF4FDA8" w14:textId="77777777" w:rsidR="005743BD" w:rsidRDefault="005B7A0E">
      <w:r>
        <w:t>But when those feelings seem distant, look honestly at what’s happening before you decide what their absence means. Are you exhausted? Have you stopped spending time together? Is there an unresolved hurt, a broken promise, or something you’ve been afraid to discuss?</w:t>
      </w:r>
    </w:p>
    <w:p w14:paraId="73B3DB1D" w14:textId="77777777" w:rsidR="005743BD" w:rsidRDefault="005B7A0E">
      <w:r>
        <w:lastRenderedPageBreak/>
        <w:t>Feelings are fickle. They can change with the weather, and you can’t trust them to give you a steady picture of your marriage. Something that seemed small yesterday can feel enormous when you’re tired or frustrated today. That doesn’t mean you should ignore a concern. Bring it before God and examine it in the light of what’s true and what’s holy, instead of letting a passing mood make decisions for you.</w:t>
      </w:r>
    </w:p>
    <w:p w14:paraId="55E9D381" w14:textId="77777777" w:rsidR="005743BD" w:rsidRDefault="005B7A0E">
      <w:r>
        <w:t>Stick with what you know. You chose to love your spouse. You made a covenant, and that commitment needs to be rock solid whether your mood is up or down. The choice you make to love can’t be moved every time a fleeting feeling blows through.</w:t>
      </w:r>
    </w:p>
    <w:p w14:paraId="0663F254" w14:textId="77777777" w:rsidR="005743BD" w:rsidRDefault="005B7A0E">
      <w:r>
        <w:t>You don’t have to feel cheerful to speak respectfully or feel romantic to care about your spouse’s well-being. You can choose to listen, pray, keep your word, and show kindness while working through whatever needs attention. Your feelings may fluctuate, but you can remain steady in your decision to love.</w:t>
      </w:r>
    </w:p>
    <w:p w14:paraId="43543AA9" w14:textId="77777777" w:rsidR="005743BD" w:rsidRDefault="005B7A0E">
      <w:r>
        <w:t>Marriage is for grownups. That means choosing to honor your commitment even when your mood isn’t cooperating. You still address what needs attention, but a passing feeling doesn’t get to make the decisions. You chose to love your spouse, and that choice needs to remain steady through the ups and downs of everyday life.</w:t>
      </w:r>
    </w:p>
    <w:p w14:paraId="115B3D70" w14:textId="77777777" w:rsidR="005743BD" w:rsidRDefault="005B7A0E">
      <w:r>
        <w:t>1 John 4 directs our attention to God as the source and example of love. As you grow in your relationship with Him, allow what you learn to reach the person who shares your home. Ask Him to show you where pride, fear, selfishness, or resentment is interfering with your ability to love well.</w:t>
      </w:r>
    </w:p>
    <w:p w14:paraId="7450B592" w14:textId="77777777" w:rsidR="005743BD" w:rsidRDefault="005B7A0E">
      <w:r>
        <w:t>Being Spirit-filled should bear fruit in your marriage. Let Him correct your responses, soften a hardened attitude, and teach you to act with patience and self-control. Then obey what He shows you.</w:t>
      </w:r>
    </w:p>
    <w:p w14:paraId="5752919B" w14:textId="77777777" w:rsidR="005743BD" w:rsidRDefault="005B7A0E">
      <w:r>
        <w:t>There will be opportunities to practice. Some will come before you have finished your coffee.</w:t>
      </w:r>
    </w:p>
    <w:p w14:paraId="15A8D2FC" w14:textId="77777777" w:rsidR="005743BD" w:rsidRDefault="005B7A0E">
      <w:r>
        <w:lastRenderedPageBreak/>
        <w:t>Your spouse will have imperfections, and so will you. You’ll both need forgiveness, understanding, and room to grow. A marriage becomes stronger when two people can acknowledge those needs honestly and remain willing to work on how they treat each other.</w:t>
      </w:r>
    </w:p>
    <w:p w14:paraId="08B2C1B3" w14:textId="77777777" w:rsidR="005743BD" w:rsidRDefault="005B7A0E">
      <w:r>
        <w:t>“Just love” sounds simple. Living it requires attention and surrender. It reaches into your expectations, your habits, your words, and the things you do when nobody else is watching.</w:t>
      </w:r>
    </w:p>
    <w:p w14:paraId="4CBDB3B0" w14:textId="77777777" w:rsidR="005743BD" w:rsidRDefault="005B7A0E">
      <w:r>
        <w:t>When God told me, “Just love him,” He gave me something I could begin doing right where I was. I didn’t have to know every detail of our future. I needed to let Him teach me how to love the person in front of me unconditionally.</w:t>
      </w:r>
    </w:p>
    <w:p w14:paraId="24A3419A" w14:textId="77777777" w:rsidR="005743BD" w:rsidRDefault="005B7A0E">
      <w:r>
        <w:t>That’s something you can bring before Him too.</w:t>
      </w:r>
    </w:p>
    <w:p w14:paraId="2618828B" w14:textId="77777777" w:rsidR="005743BD" w:rsidRDefault="005B7A0E">
      <w:r>
        <w:t>Ask God to help you see your spouse clearly, appreciate who they’re, and love them in ways that reflect His character. Be willing to hear where your own responses need to change. Then put that love into practice in the ordinary moments of your life together.</w:t>
      </w:r>
    </w:p>
    <w:p w14:paraId="1554E0EC" w14:textId="77777777" w:rsidR="005743BD" w:rsidRDefault="005B7A0E">
      <w:r>
        <w:br w:type="page"/>
      </w:r>
    </w:p>
    <w:p w14:paraId="744569B7" w14:textId="77777777" w:rsidR="005743BD" w:rsidRDefault="005B7A0E">
      <w:pPr>
        <w:pStyle w:val="Heading2"/>
        <w:spacing w:after="240"/>
      </w:pPr>
      <w:r>
        <w:lastRenderedPageBreak/>
        <w:t>Reflection</w:t>
      </w:r>
    </w:p>
    <w:p w14:paraId="25F58339" w14:textId="77777777" w:rsidR="005743BD" w:rsidRDefault="005B7A0E">
      <w:pPr>
        <w:pStyle w:val="Heading3"/>
        <w:spacing w:after="100"/>
      </w:pPr>
      <w:r>
        <w:t>Scripture for Study</w:t>
      </w:r>
    </w:p>
    <w:p w14:paraId="56B7F15B" w14:textId="77777777" w:rsidR="005743BD" w:rsidRDefault="005B7A0E">
      <w:pPr>
        <w:spacing w:after="400"/>
      </w:pPr>
      <w:r>
        <w:rPr>
          <w:sz w:val="22"/>
        </w:rPr>
        <w:t>Ephesians 5:31–33   •   1 Corinthians 13:1–7   •   1 John 4:7–21</w:t>
      </w:r>
    </w:p>
    <w:p w14:paraId="69B30D1E" w14:textId="77777777" w:rsidR="005743BD" w:rsidRDefault="005B7A0E">
      <w:pPr>
        <w:keepNext/>
      </w:pPr>
      <w:r>
        <w:t>1. Read the description of love in 1 Corinthians 13. Which part most challenges the way you currently treat your spouse? What would putting it into practice look like this week?</w:t>
      </w:r>
    </w:p>
    <w:p w14:paraId="150B28AB" w14:textId="77777777" w:rsidR="005743BD" w:rsidRDefault="005B7A0E">
      <w:pPr>
        <w:pBdr>
          <w:bottom w:val="single" w:sz="3" w:space="0" w:color="B8B8B8"/>
          <w:between w:val="single" w:sz="3" w:space="0" w:color="B8B8B8"/>
        </w:pBdr>
        <w:spacing w:after="0" w:line="440" w:lineRule="exact"/>
      </w:pPr>
      <w:r>
        <w:rPr>
          <w:sz w:val="2"/>
        </w:rPr>
        <w:t xml:space="preserve"> </w:t>
      </w:r>
    </w:p>
    <w:p w14:paraId="6823E9C2" w14:textId="77777777" w:rsidR="005743BD" w:rsidRDefault="005B7A0E">
      <w:pPr>
        <w:pBdr>
          <w:bottom w:val="single" w:sz="3" w:space="0" w:color="B8B8B8"/>
          <w:between w:val="single" w:sz="3" w:space="0" w:color="B8B8B8"/>
        </w:pBdr>
        <w:spacing w:after="0" w:line="440" w:lineRule="exact"/>
      </w:pPr>
      <w:r>
        <w:rPr>
          <w:sz w:val="2"/>
        </w:rPr>
        <w:t xml:space="preserve"> </w:t>
      </w:r>
    </w:p>
    <w:p w14:paraId="44CB95D0" w14:textId="77777777" w:rsidR="005743BD" w:rsidRDefault="005B7A0E">
      <w:pPr>
        <w:pBdr>
          <w:bottom w:val="single" w:sz="3" w:space="0" w:color="B8B8B8"/>
          <w:between w:val="single" w:sz="3" w:space="0" w:color="B8B8B8"/>
        </w:pBdr>
        <w:spacing w:after="0" w:line="440" w:lineRule="exact"/>
      </w:pPr>
      <w:r>
        <w:rPr>
          <w:sz w:val="2"/>
        </w:rPr>
        <w:t xml:space="preserve"> </w:t>
      </w:r>
    </w:p>
    <w:p w14:paraId="513F1A56" w14:textId="77777777" w:rsidR="005743BD" w:rsidRDefault="005B7A0E">
      <w:pPr>
        <w:pBdr>
          <w:bottom w:val="single" w:sz="3" w:space="0" w:color="B8B8B8"/>
          <w:between w:val="single" w:sz="3" w:space="0" w:color="B8B8B8"/>
        </w:pBdr>
        <w:spacing w:after="0" w:line="440" w:lineRule="exact"/>
      </w:pPr>
      <w:r>
        <w:rPr>
          <w:sz w:val="2"/>
        </w:rPr>
        <w:t xml:space="preserve"> </w:t>
      </w:r>
    </w:p>
    <w:p w14:paraId="7CE243E8" w14:textId="77777777" w:rsidR="005743BD" w:rsidRDefault="005B7A0E">
      <w:pPr>
        <w:pBdr>
          <w:bottom w:val="single" w:sz="3" w:space="0" w:color="B8B8B8"/>
          <w:between w:val="single" w:sz="3" w:space="0" w:color="B8B8B8"/>
        </w:pBdr>
        <w:spacing w:after="0" w:line="440" w:lineRule="exact"/>
      </w:pPr>
      <w:r>
        <w:rPr>
          <w:sz w:val="2"/>
        </w:rPr>
        <w:t xml:space="preserve"> </w:t>
      </w:r>
    </w:p>
    <w:p w14:paraId="0F54265A" w14:textId="77777777" w:rsidR="005743BD" w:rsidRDefault="005743BD">
      <w:pPr>
        <w:spacing w:after="0" w:line="240" w:lineRule="exact"/>
      </w:pPr>
    </w:p>
    <w:p w14:paraId="2A5002F8" w14:textId="77777777" w:rsidR="005743BD" w:rsidRDefault="005B7A0E">
      <w:pPr>
        <w:keepNext/>
      </w:pPr>
      <w:r>
        <w:t>2. Is there a difference between something your spouse needs to change according to Scripture and something you would simply prefer they did your way? Prayerfully examine one expectation you’ve been holding.</w:t>
      </w:r>
    </w:p>
    <w:p w14:paraId="5A8EA761" w14:textId="77777777" w:rsidR="005743BD" w:rsidRDefault="005B7A0E">
      <w:pPr>
        <w:pBdr>
          <w:bottom w:val="single" w:sz="3" w:space="0" w:color="B8B8B8"/>
          <w:between w:val="single" w:sz="3" w:space="0" w:color="B8B8B8"/>
        </w:pBdr>
        <w:spacing w:after="0" w:line="440" w:lineRule="exact"/>
      </w:pPr>
      <w:r>
        <w:rPr>
          <w:sz w:val="2"/>
        </w:rPr>
        <w:t xml:space="preserve"> </w:t>
      </w:r>
    </w:p>
    <w:p w14:paraId="2DB8126D" w14:textId="77777777" w:rsidR="005743BD" w:rsidRDefault="005B7A0E">
      <w:pPr>
        <w:pBdr>
          <w:bottom w:val="single" w:sz="3" w:space="0" w:color="B8B8B8"/>
          <w:between w:val="single" w:sz="3" w:space="0" w:color="B8B8B8"/>
        </w:pBdr>
        <w:spacing w:after="0" w:line="440" w:lineRule="exact"/>
      </w:pPr>
      <w:r>
        <w:rPr>
          <w:sz w:val="2"/>
        </w:rPr>
        <w:t xml:space="preserve"> </w:t>
      </w:r>
    </w:p>
    <w:p w14:paraId="09A79F71" w14:textId="77777777" w:rsidR="005743BD" w:rsidRDefault="005B7A0E">
      <w:pPr>
        <w:pBdr>
          <w:bottom w:val="single" w:sz="3" w:space="0" w:color="B8B8B8"/>
          <w:between w:val="single" w:sz="3" w:space="0" w:color="B8B8B8"/>
        </w:pBdr>
        <w:spacing w:after="0" w:line="440" w:lineRule="exact"/>
      </w:pPr>
      <w:r>
        <w:rPr>
          <w:sz w:val="2"/>
        </w:rPr>
        <w:t xml:space="preserve"> </w:t>
      </w:r>
    </w:p>
    <w:p w14:paraId="7E9C5C3B" w14:textId="77777777" w:rsidR="005743BD" w:rsidRDefault="005B7A0E">
      <w:pPr>
        <w:pBdr>
          <w:bottom w:val="single" w:sz="3" w:space="0" w:color="B8B8B8"/>
          <w:between w:val="single" w:sz="3" w:space="0" w:color="B8B8B8"/>
        </w:pBdr>
        <w:spacing w:after="0" w:line="440" w:lineRule="exact"/>
      </w:pPr>
      <w:r>
        <w:rPr>
          <w:sz w:val="2"/>
        </w:rPr>
        <w:t xml:space="preserve"> </w:t>
      </w:r>
    </w:p>
    <w:p w14:paraId="4F8B4DC0" w14:textId="77777777" w:rsidR="005743BD" w:rsidRDefault="005B7A0E">
      <w:pPr>
        <w:pBdr>
          <w:bottom w:val="single" w:sz="3" w:space="0" w:color="B8B8B8"/>
          <w:between w:val="single" w:sz="3" w:space="0" w:color="B8B8B8"/>
        </w:pBdr>
        <w:spacing w:after="0" w:line="440" w:lineRule="exact"/>
      </w:pPr>
      <w:r>
        <w:rPr>
          <w:sz w:val="2"/>
        </w:rPr>
        <w:t xml:space="preserve"> </w:t>
      </w:r>
    </w:p>
    <w:p w14:paraId="2E32A494" w14:textId="77777777" w:rsidR="005743BD" w:rsidRDefault="005743BD">
      <w:pPr>
        <w:spacing w:after="0" w:line="240" w:lineRule="exact"/>
      </w:pPr>
    </w:p>
    <w:p w14:paraId="67E095D5" w14:textId="77777777" w:rsidR="005743BD" w:rsidRDefault="005B7A0E">
      <w:r>
        <w:br w:type="page"/>
      </w:r>
    </w:p>
    <w:p w14:paraId="2DE104F1" w14:textId="28F6EBC6" w:rsidR="005743BD" w:rsidRDefault="005B7A0E">
      <w:pPr>
        <w:pStyle w:val="Heading2"/>
        <w:spacing w:after="240"/>
      </w:pPr>
      <w:r>
        <w:lastRenderedPageBreak/>
        <w:t xml:space="preserve">Reflection </w:t>
      </w:r>
    </w:p>
    <w:p w14:paraId="2C874EFE" w14:textId="77777777" w:rsidR="005743BD" w:rsidRDefault="005B7A0E">
      <w:pPr>
        <w:spacing w:after="400"/>
      </w:pPr>
      <w:r>
        <w:rPr>
          <w:i/>
          <w:sz w:val="22"/>
        </w:rPr>
        <w:t>Take your time. Pray, reflect, and write.</w:t>
      </w:r>
    </w:p>
    <w:p w14:paraId="5DEE3E03" w14:textId="77777777" w:rsidR="005743BD" w:rsidRDefault="005B7A0E">
      <w:pPr>
        <w:keepNext/>
      </w:pPr>
      <w:r>
        <w:t>3. What helps your spouse experience your love? Ask them, listen to their answer, and choose one practical way to show that love today.</w:t>
      </w:r>
    </w:p>
    <w:p w14:paraId="17CDEDD5" w14:textId="77777777" w:rsidR="005743BD" w:rsidRDefault="005B7A0E">
      <w:pPr>
        <w:pBdr>
          <w:bottom w:val="single" w:sz="3" w:space="0" w:color="B8B8B8"/>
          <w:between w:val="single" w:sz="3" w:space="0" w:color="B8B8B8"/>
        </w:pBdr>
        <w:spacing w:after="0" w:line="440" w:lineRule="exact"/>
      </w:pPr>
      <w:r>
        <w:rPr>
          <w:sz w:val="2"/>
        </w:rPr>
        <w:t xml:space="preserve"> </w:t>
      </w:r>
    </w:p>
    <w:p w14:paraId="5229B7B4" w14:textId="77777777" w:rsidR="005743BD" w:rsidRDefault="005B7A0E">
      <w:pPr>
        <w:pBdr>
          <w:bottom w:val="single" w:sz="3" w:space="0" w:color="B8B8B8"/>
          <w:between w:val="single" w:sz="3" w:space="0" w:color="B8B8B8"/>
        </w:pBdr>
        <w:spacing w:after="0" w:line="440" w:lineRule="exact"/>
      </w:pPr>
      <w:r>
        <w:rPr>
          <w:sz w:val="2"/>
        </w:rPr>
        <w:t xml:space="preserve"> </w:t>
      </w:r>
    </w:p>
    <w:p w14:paraId="25795E7E" w14:textId="77777777" w:rsidR="005743BD" w:rsidRDefault="005B7A0E">
      <w:pPr>
        <w:pBdr>
          <w:bottom w:val="single" w:sz="3" w:space="0" w:color="B8B8B8"/>
          <w:between w:val="single" w:sz="3" w:space="0" w:color="B8B8B8"/>
        </w:pBdr>
        <w:spacing w:after="0" w:line="440" w:lineRule="exact"/>
      </w:pPr>
      <w:r>
        <w:rPr>
          <w:sz w:val="2"/>
        </w:rPr>
        <w:t xml:space="preserve"> </w:t>
      </w:r>
    </w:p>
    <w:p w14:paraId="3C2AC30B" w14:textId="77777777" w:rsidR="005743BD" w:rsidRDefault="005B7A0E">
      <w:pPr>
        <w:pBdr>
          <w:bottom w:val="single" w:sz="3" w:space="0" w:color="B8B8B8"/>
          <w:between w:val="single" w:sz="3" w:space="0" w:color="B8B8B8"/>
        </w:pBdr>
        <w:spacing w:after="0" w:line="440" w:lineRule="exact"/>
      </w:pPr>
      <w:r>
        <w:rPr>
          <w:sz w:val="2"/>
        </w:rPr>
        <w:t xml:space="preserve"> </w:t>
      </w:r>
    </w:p>
    <w:p w14:paraId="4F894A79" w14:textId="77777777" w:rsidR="005743BD" w:rsidRDefault="005B7A0E">
      <w:pPr>
        <w:pBdr>
          <w:bottom w:val="single" w:sz="3" w:space="0" w:color="B8B8B8"/>
          <w:between w:val="single" w:sz="3" w:space="0" w:color="B8B8B8"/>
        </w:pBdr>
        <w:spacing w:after="0" w:line="440" w:lineRule="exact"/>
      </w:pPr>
      <w:r>
        <w:rPr>
          <w:sz w:val="2"/>
        </w:rPr>
        <w:t xml:space="preserve"> </w:t>
      </w:r>
    </w:p>
    <w:p w14:paraId="60FAD6C0" w14:textId="77777777" w:rsidR="005743BD" w:rsidRDefault="005B7A0E">
      <w:pPr>
        <w:pBdr>
          <w:bottom w:val="single" w:sz="3" w:space="0" w:color="B8B8B8"/>
          <w:between w:val="single" w:sz="3" w:space="0" w:color="B8B8B8"/>
        </w:pBdr>
        <w:spacing w:after="0" w:line="440" w:lineRule="exact"/>
      </w:pPr>
      <w:r>
        <w:rPr>
          <w:sz w:val="2"/>
        </w:rPr>
        <w:t xml:space="preserve"> </w:t>
      </w:r>
    </w:p>
    <w:p w14:paraId="120D78F1" w14:textId="77777777" w:rsidR="005743BD" w:rsidRDefault="005743BD">
      <w:pPr>
        <w:spacing w:after="0" w:line="240" w:lineRule="exact"/>
      </w:pPr>
    </w:p>
    <w:p w14:paraId="29E56C53" w14:textId="77777777" w:rsidR="005743BD" w:rsidRDefault="005B7A0E">
      <w:pPr>
        <w:keepNext/>
      </w:pPr>
      <w:r>
        <w:t>4. What’s one thing that you admire about your spouse?</w:t>
      </w:r>
    </w:p>
    <w:p w14:paraId="61797D86" w14:textId="77777777" w:rsidR="005743BD" w:rsidRDefault="005B7A0E">
      <w:pPr>
        <w:pBdr>
          <w:bottom w:val="single" w:sz="3" w:space="0" w:color="B8B8B8"/>
          <w:between w:val="single" w:sz="3" w:space="0" w:color="B8B8B8"/>
        </w:pBdr>
        <w:spacing w:after="0" w:line="440" w:lineRule="exact"/>
      </w:pPr>
      <w:r>
        <w:rPr>
          <w:sz w:val="2"/>
        </w:rPr>
        <w:t xml:space="preserve"> </w:t>
      </w:r>
    </w:p>
    <w:p w14:paraId="0CD16190" w14:textId="77777777" w:rsidR="005743BD" w:rsidRDefault="005B7A0E">
      <w:pPr>
        <w:pBdr>
          <w:bottom w:val="single" w:sz="3" w:space="0" w:color="B8B8B8"/>
          <w:between w:val="single" w:sz="3" w:space="0" w:color="B8B8B8"/>
        </w:pBdr>
        <w:spacing w:after="0" w:line="440" w:lineRule="exact"/>
      </w:pPr>
      <w:r>
        <w:rPr>
          <w:sz w:val="2"/>
        </w:rPr>
        <w:t xml:space="preserve"> </w:t>
      </w:r>
    </w:p>
    <w:p w14:paraId="579889A8" w14:textId="77777777" w:rsidR="005743BD" w:rsidRDefault="005B7A0E">
      <w:pPr>
        <w:pBdr>
          <w:bottom w:val="single" w:sz="3" w:space="0" w:color="B8B8B8"/>
          <w:between w:val="single" w:sz="3" w:space="0" w:color="B8B8B8"/>
        </w:pBdr>
        <w:spacing w:after="0" w:line="440" w:lineRule="exact"/>
      </w:pPr>
      <w:r>
        <w:rPr>
          <w:sz w:val="2"/>
        </w:rPr>
        <w:t xml:space="preserve"> </w:t>
      </w:r>
    </w:p>
    <w:p w14:paraId="11E5E2A7" w14:textId="77777777" w:rsidR="005743BD" w:rsidRDefault="005B7A0E">
      <w:pPr>
        <w:pBdr>
          <w:bottom w:val="single" w:sz="3" w:space="0" w:color="B8B8B8"/>
          <w:between w:val="single" w:sz="3" w:space="0" w:color="B8B8B8"/>
        </w:pBdr>
        <w:spacing w:after="0" w:line="440" w:lineRule="exact"/>
      </w:pPr>
      <w:r>
        <w:rPr>
          <w:sz w:val="2"/>
        </w:rPr>
        <w:t xml:space="preserve"> </w:t>
      </w:r>
    </w:p>
    <w:p w14:paraId="3B34D45E" w14:textId="77777777" w:rsidR="005743BD" w:rsidRDefault="005B7A0E">
      <w:pPr>
        <w:pBdr>
          <w:bottom w:val="single" w:sz="3" w:space="0" w:color="B8B8B8"/>
          <w:between w:val="single" w:sz="3" w:space="0" w:color="B8B8B8"/>
        </w:pBdr>
        <w:spacing w:after="0" w:line="440" w:lineRule="exact"/>
      </w:pPr>
      <w:r>
        <w:rPr>
          <w:sz w:val="2"/>
        </w:rPr>
        <w:t xml:space="preserve"> </w:t>
      </w:r>
    </w:p>
    <w:p w14:paraId="74C400B9" w14:textId="77777777" w:rsidR="005743BD" w:rsidRDefault="005B7A0E">
      <w:pPr>
        <w:pBdr>
          <w:bottom w:val="single" w:sz="3" w:space="0" w:color="B8B8B8"/>
          <w:between w:val="single" w:sz="3" w:space="0" w:color="B8B8B8"/>
        </w:pBdr>
        <w:spacing w:after="0" w:line="440" w:lineRule="exact"/>
      </w:pPr>
      <w:r>
        <w:rPr>
          <w:sz w:val="2"/>
        </w:rPr>
        <w:t xml:space="preserve"> </w:t>
      </w:r>
    </w:p>
    <w:p w14:paraId="1E5CAC99" w14:textId="77777777" w:rsidR="005743BD" w:rsidRDefault="005743BD">
      <w:pPr>
        <w:spacing w:after="0" w:line="240" w:lineRule="exact"/>
      </w:pPr>
    </w:p>
    <w:p w14:paraId="645638EE" w14:textId="77777777" w:rsidR="005743BD" w:rsidRDefault="005B7A0E">
      <w:r>
        <w:br w:type="page"/>
      </w:r>
    </w:p>
    <w:p w14:paraId="5AD2EA03" w14:textId="23BFDF27" w:rsidR="005743BD" w:rsidRDefault="005B7A0E">
      <w:pPr>
        <w:pStyle w:val="Heading2"/>
        <w:spacing w:after="240"/>
      </w:pPr>
      <w:r>
        <w:lastRenderedPageBreak/>
        <w:t xml:space="preserve">Reflection </w:t>
      </w:r>
    </w:p>
    <w:p w14:paraId="68684FFA" w14:textId="77777777" w:rsidR="005743BD" w:rsidRDefault="005B7A0E">
      <w:pPr>
        <w:spacing w:after="400"/>
      </w:pPr>
      <w:r>
        <w:rPr>
          <w:i/>
          <w:sz w:val="22"/>
        </w:rPr>
        <w:t>Take your time. Pray, reflect, and write.</w:t>
      </w:r>
    </w:p>
    <w:p w14:paraId="04D11053" w14:textId="77777777" w:rsidR="005743BD" w:rsidRDefault="005B7A0E">
      <w:pPr>
        <w:keepNext/>
      </w:pPr>
      <w:r>
        <w:t>5. What’s one way that your spouse blesses you or has blessed you?</w:t>
      </w:r>
    </w:p>
    <w:p w14:paraId="636C0635" w14:textId="77777777" w:rsidR="005743BD" w:rsidRDefault="005B7A0E">
      <w:pPr>
        <w:pBdr>
          <w:bottom w:val="single" w:sz="3" w:space="0" w:color="B8B8B8"/>
          <w:between w:val="single" w:sz="3" w:space="0" w:color="B8B8B8"/>
        </w:pBdr>
        <w:spacing w:after="0" w:line="440" w:lineRule="exact"/>
      </w:pPr>
      <w:r>
        <w:rPr>
          <w:sz w:val="2"/>
        </w:rPr>
        <w:t xml:space="preserve"> </w:t>
      </w:r>
    </w:p>
    <w:p w14:paraId="42371916" w14:textId="77777777" w:rsidR="005743BD" w:rsidRDefault="005B7A0E">
      <w:pPr>
        <w:pBdr>
          <w:bottom w:val="single" w:sz="3" w:space="0" w:color="B8B8B8"/>
          <w:between w:val="single" w:sz="3" w:space="0" w:color="B8B8B8"/>
        </w:pBdr>
        <w:spacing w:after="0" w:line="440" w:lineRule="exact"/>
      </w:pPr>
      <w:r>
        <w:rPr>
          <w:sz w:val="2"/>
        </w:rPr>
        <w:t xml:space="preserve"> </w:t>
      </w:r>
    </w:p>
    <w:p w14:paraId="56CA482B" w14:textId="77777777" w:rsidR="005743BD" w:rsidRDefault="005B7A0E">
      <w:pPr>
        <w:pBdr>
          <w:bottom w:val="single" w:sz="3" w:space="0" w:color="B8B8B8"/>
          <w:between w:val="single" w:sz="3" w:space="0" w:color="B8B8B8"/>
        </w:pBdr>
        <w:spacing w:after="0" w:line="440" w:lineRule="exact"/>
      </w:pPr>
      <w:r>
        <w:rPr>
          <w:sz w:val="2"/>
        </w:rPr>
        <w:t xml:space="preserve"> </w:t>
      </w:r>
    </w:p>
    <w:p w14:paraId="293F7808" w14:textId="77777777" w:rsidR="005743BD" w:rsidRDefault="005B7A0E">
      <w:pPr>
        <w:pBdr>
          <w:bottom w:val="single" w:sz="3" w:space="0" w:color="B8B8B8"/>
          <w:between w:val="single" w:sz="3" w:space="0" w:color="B8B8B8"/>
        </w:pBdr>
        <w:spacing w:after="0" w:line="440" w:lineRule="exact"/>
      </w:pPr>
      <w:r>
        <w:rPr>
          <w:sz w:val="2"/>
        </w:rPr>
        <w:t xml:space="preserve"> </w:t>
      </w:r>
    </w:p>
    <w:p w14:paraId="02EC9FA7" w14:textId="77777777" w:rsidR="005743BD" w:rsidRDefault="005B7A0E">
      <w:pPr>
        <w:pBdr>
          <w:bottom w:val="single" w:sz="3" w:space="0" w:color="B8B8B8"/>
          <w:between w:val="single" w:sz="3" w:space="0" w:color="B8B8B8"/>
        </w:pBdr>
        <w:spacing w:after="0" w:line="440" w:lineRule="exact"/>
      </w:pPr>
      <w:r>
        <w:rPr>
          <w:sz w:val="2"/>
        </w:rPr>
        <w:t xml:space="preserve"> </w:t>
      </w:r>
    </w:p>
    <w:p w14:paraId="4AB58DDA" w14:textId="77777777" w:rsidR="005743BD" w:rsidRDefault="005B7A0E">
      <w:pPr>
        <w:pBdr>
          <w:bottom w:val="single" w:sz="3" w:space="0" w:color="B8B8B8"/>
          <w:between w:val="single" w:sz="3" w:space="0" w:color="B8B8B8"/>
        </w:pBdr>
        <w:spacing w:after="0" w:line="440" w:lineRule="exact"/>
      </w:pPr>
      <w:r>
        <w:rPr>
          <w:sz w:val="2"/>
        </w:rPr>
        <w:t xml:space="preserve"> </w:t>
      </w:r>
    </w:p>
    <w:p w14:paraId="320FC947" w14:textId="77777777" w:rsidR="005743BD" w:rsidRDefault="005743BD">
      <w:pPr>
        <w:spacing w:after="0" w:line="240" w:lineRule="exact"/>
      </w:pPr>
    </w:p>
    <w:p w14:paraId="22A9748C" w14:textId="77777777" w:rsidR="005743BD" w:rsidRDefault="005B7A0E">
      <w:pPr>
        <w:keepNext/>
      </w:pPr>
      <w:r>
        <w:t>6. What’s one thing that you can commit to today to make your marriage better or stronger?</w:t>
      </w:r>
    </w:p>
    <w:p w14:paraId="59E8EAD6" w14:textId="77777777" w:rsidR="005743BD" w:rsidRDefault="005B7A0E">
      <w:pPr>
        <w:pBdr>
          <w:bottom w:val="single" w:sz="3" w:space="0" w:color="B8B8B8"/>
          <w:between w:val="single" w:sz="3" w:space="0" w:color="B8B8B8"/>
        </w:pBdr>
        <w:spacing w:after="0" w:line="440" w:lineRule="exact"/>
      </w:pPr>
      <w:r>
        <w:rPr>
          <w:sz w:val="2"/>
        </w:rPr>
        <w:t xml:space="preserve"> </w:t>
      </w:r>
    </w:p>
    <w:p w14:paraId="5785F4A0" w14:textId="77777777" w:rsidR="005743BD" w:rsidRDefault="005B7A0E">
      <w:pPr>
        <w:pBdr>
          <w:bottom w:val="single" w:sz="3" w:space="0" w:color="B8B8B8"/>
          <w:between w:val="single" w:sz="3" w:space="0" w:color="B8B8B8"/>
        </w:pBdr>
        <w:spacing w:after="0" w:line="440" w:lineRule="exact"/>
      </w:pPr>
      <w:r>
        <w:rPr>
          <w:sz w:val="2"/>
        </w:rPr>
        <w:t xml:space="preserve"> </w:t>
      </w:r>
    </w:p>
    <w:p w14:paraId="490672A5" w14:textId="77777777" w:rsidR="005743BD" w:rsidRDefault="005B7A0E">
      <w:pPr>
        <w:pBdr>
          <w:bottom w:val="single" w:sz="3" w:space="0" w:color="B8B8B8"/>
          <w:between w:val="single" w:sz="3" w:space="0" w:color="B8B8B8"/>
        </w:pBdr>
        <w:spacing w:after="0" w:line="440" w:lineRule="exact"/>
      </w:pPr>
      <w:r>
        <w:rPr>
          <w:sz w:val="2"/>
        </w:rPr>
        <w:t xml:space="preserve"> </w:t>
      </w:r>
    </w:p>
    <w:p w14:paraId="1768F996" w14:textId="77777777" w:rsidR="005743BD" w:rsidRDefault="005B7A0E">
      <w:pPr>
        <w:pBdr>
          <w:bottom w:val="single" w:sz="3" w:space="0" w:color="B8B8B8"/>
          <w:between w:val="single" w:sz="3" w:space="0" w:color="B8B8B8"/>
        </w:pBdr>
        <w:spacing w:after="0" w:line="440" w:lineRule="exact"/>
      </w:pPr>
      <w:r>
        <w:rPr>
          <w:sz w:val="2"/>
        </w:rPr>
        <w:t xml:space="preserve"> </w:t>
      </w:r>
    </w:p>
    <w:p w14:paraId="313BBA92" w14:textId="77777777" w:rsidR="005743BD" w:rsidRDefault="005B7A0E">
      <w:pPr>
        <w:pBdr>
          <w:bottom w:val="single" w:sz="3" w:space="0" w:color="B8B8B8"/>
          <w:between w:val="single" w:sz="3" w:space="0" w:color="B8B8B8"/>
        </w:pBdr>
        <w:spacing w:after="0" w:line="440" w:lineRule="exact"/>
      </w:pPr>
      <w:r>
        <w:rPr>
          <w:sz w:val="2"/>
        </w:rPr>
        <w:t xml:space="preserve"> </w:t>
      </w:r>
    </w:p>
    <w:p w14:paraId="5B714D07" w14:textId="77777777" w:rsidR="005743BD" w:rsidRDefault="005B7A0E">
      <w:pPr>
        <w:pBdr>
          <w:bottom w:val="single" w:sz="3" w:space="0" w:color="B8B8B8"/>
          <w:between w:val="single" w:sz="3" w:space="0" w:color="B8B8B8"/>
        </w:pBdr>
        <w:spacing w:after="0" w:line="440" w:lineRule="exact"/>
      </w:pPr>
      <w:r>
        <w:rPr>
          <w:sz w:val="2"/>
        </w:rPr>
        <w:t xml:space="preserve"> </w:t>
      </w:r>
    </w:p>
    <w:p w14:paraId="24A4E527" w14:textId="77777777" w:rsidR="005743BD" w:rsidRDefault="005743BD">
      <w:pPr>
        <w:spacing w:after="0" w:line="240" w:lineRule="exact"/>
      </w:pPr>
    </w:p>
    <w:p w14:paraId="64F7DA50" w14:textId="77777777" w:rsidR="005743BD" w:rsidRDefault="005743BD">
      <w:pPr>
        <w:sectPr w:rsidR="005743BD">
          <w:footerReference w:type="default" r:id="rId15"/>
          <w:type w:val="oddPage"/>
          <w:pgSz w:w="10080" w:h="14400"/>
          <w:pgMar w:top="1152" w:right="1152" w:bottom="1152" w:left="1296" w:header="504" w:footer="504" w:gutter="0"/>
          <w:cols w:space="720"/>
          <w:docGrid w:linePitch="360"/>
        </w:sectPr>
      </w:pPr>
    </w:p>
    <w:p w14:paraId="070A3DDC" w14:textId="64AB98C0" w:rsidR="00C3140B" w:rsidRDefault="00C3140B">
      <w:pPr>
        <w:spacing w:after="200"/>
        <w:rPr>
          <w:rFonts w:cstheme="majorBidi"/>
          <w:b/>
          <w:bCs/>
          <w:sz w:val="42"/>
          <w:szCs w:val="28"/>
        </w:rPr>
      </w:pPr>
    </w:p>
    <w:p w14:paraId="5AB523E6" w14:textId="77777777" w:rsidR="00C3140B" w:rsidRDefault="00C3140B">
      <w:pPr>
        <w:pStyle w:val="Heading1"/>
      </w:pPr>
    </w:p>
    <w:p w14:paraId="1305897C" w14:textId="77777777" w:rsidR="00C3140B" w:rsidRDefault="00C3140B">
      <w:pPr>
        <w:pStyle w:val="Heading1"/>
      </w:pPr>
    </w:p>
    <w:p w14:paraId="586C0B2D" w14:textId="77777777" w:rsidR="00C3140B" w:rsidRDefault="00C3140B">
      <w:pPr>
        <w:pStyle w:val="Heading1"/>
      </w:pPr>
    </w:p>
    <w:p w14:paraId="0FA44821" w14:textId="56781936" w:rsidR="005743BD" w:rsidRDefault="005B7A0E">
      <w:pPr>
        <w:pStyle w:val="Heading1"/>
      </w:pPr>
      <w:r>
        <w:t>2. Honor God together.</w:t>
      </w:r>
    </w:p>
    <w:p w14:paraId="2C6FE31F" w14:textId="77777777" w:rsidR="005743BD" w:rsidRDefault="005B7A0E">
      <w:r>
        <w:t>Your marriage gives you opportunities to honor God every day. Some will happen while you’re praying together or studying the Word. Others will happen when you’re deciding what to do, how to spend your time, or how to respond when your spouse says something you don’t particularly want to hear.</w:t>
      </w:r>
    </w:p>
    <w:p w14:paraId="5B68DA87" w14:textId="77777777" w:rsidR="005743BD" w:rsidRDefault="005B7A0E">
      <w:r>
        <w:t>A holy life reaches into all of those things. Your faith should shape the home you build together and the way you treat the people who live in it.</w:t>
      </w:r>
    </w:p>
    <w:p w14:paraId="609444B5" w14:textId="77777777" w:rsidR="005743BD" w:rsidRDefault="005B7A0E">
      <w:r>
        <w:t>Private time with God matters. You each need a prayer life and a willingness to study and obey His Word. You also need time to seek Him together. There’s something deeply personal about hearing your spouse pray, learning what’s on their heart, and bringing your concerns before God side by side.</w:t>
      </w:r>
    </w:p>
    <w:p w14:paraId="331CC186" w14:textId="77777777" w:rsidR="005743BD" w:rsidRDefault="005B7A0E">
      <w:r>
        <w:t>Make room for that in your marriage. If you keep waiting until everything else is finished, you may discover that everything else never quite gets finished.</w:t>
      </w:r>
    </w:p>
    <w:p w14:paraId="71390F7D" w14:textId="77777777" w:rsidR="005743BD" w:rsidRDefault="005B7A0E">
      <w:r>
        <w:t xml:space="preserve">Choose a time you can reasonably protect. Put down the phones, turn off the distractions, and pray. Talk about what you’re learning in Scripture. Ask questions, including the ones you haven’t yet </w:t>
      </w:r>
      <w:r>
        <w:lastRenderedPageBreak/>
        <w:t>worked out how to answer. You don’t need an impressive lesson prepared every time you open your Bible together.</w:t>
      </w:r>
    </w:p>
    <w:p w14:paraId="35141823" w14:textId="77777777" w:rsidR="005743BD" w:rsidRDefault="005B7A0E">
      <w:r>
        <w:t>You need willing hearts and room for the Word to work.</w:t>
      </w:r>
    </w:p>
    <w:p w14:paraId="5EEEB594" w14:textId="77777777" w:rsidR="005743BD" w:rsidRDefault="005B7A0E">
      <w:r>
        <w:t>Be honest in those conversations. Your spouse should be able to say, “I don’t understand this,” or “I’m struggling with that,” without being made to feel foolish. Study together. Read the surrounding verses, consider who’s speaking and to whom, and compare Scripture with Scripture. Allow the whole Bible to shape your understanding.</w:t>
      </w:r>
    </w:p>
    <w:p w14:paraId="06B8D7D2" w14:textId="77777777" w:rsidR="005743BD" w:rsidRDefault="005B7A0E">
      <w:r>
        <w:t>And when you discover that something needs to change, be willing to obey.</w:t>
      </w:r>
    </w:p>
    <w:p w14:paraId="7C3C39B9" w14:textId="77777777" w:rsidR="005743BD" w:rsidRDefault="005B7A0E">
      <w:r>
        <w:t>Romans 12:1–2 calls believers to present themselves as a living sacrifice, holy and acceptable to God, and to be transformed by the renewing of their minds. That surrender affects your choices. It reaches beyond what you believe into what you allow, what you practice, and what you’re willing to give up.</w:t>
      </w:r>
    </w:p>
    <w:p w14:paraId="2D7F7561" w14:textId="77777777" w:rsidR="005743BD" w:rsidRDefault="005B7A0E">
      <w:r>
        <w:t>As a couple, talk about what honoring God will look like in your home. What place will prayer and Bible study have? How will you protect time for worship and Sabbath rest? What will you teach your children through both your words and your example?</w:t>
      </w:r>
    </w:p>
    <w:p w14:paraId="0DC6D7CB" w14:textId="77777777" w:rsidR="005743BD" w:rsidRDefault="005B7A0E">
      <w:r>
        <w:t>Those conversations help you turn convictions into daily practice.</w:t>
      </w:r>
    </w:p>
    <w:p w14:paraId="20513A26" w14:textId="77777777" w:rsidR="005743BD" w:rsidRDefault="005B7A0E">
      <w:r>
        <w:t>If you have children, include them in family prayer and learning. Let them hear you thank God, ask for wisdom, and pray for someone who needs help. Give them room to ask questions. They need to see that your relationship with Him belongs in everyday life.</w:t>
      </w:r>
    </w:p>
    <w:p w14:paraId="67308E82" w14:textId="77777777" w:rsidR="005743BD" w:rsidRDefault="005B7A0E">
      <w:r>
        <w:t>Husband and wife also need time to pray alone together. There may be concerns, decisions, or struggles that need the privacy of that setting. Protect that space and handle what your spouse shares with care.</w:t>
      </w:r>
    </w:p>
    <w:p w14:paraId="4CD7EEBD" w14:textId="77777777" w:rsidR="005743BD" w:rsidRDefault="005B7A0E">
      <w:r>
        <w:t xml:space="preserve">Pray for each other every day. Ask God to give your spouse wisdom, strength, courage, and discernment. Pray about the things they’ve </w:t>
      </w:r>
      <w:r>
        <w:lastRenderedPageBreak/>
        <w:t>told you’re difficult. Remember the responsibility they’re carrying, the decision they need to make, or the area where they’re seeking direction.</w:t>
      </w:r>
    </w:p>
    <w:p w14:paraId="12EE9684" w14:textId="77777777" w:rsidR="005743BD" w:rsidRDefault="005B7A0E">
      <w:r>
        <w:t>Praying for each other is foundational to a godly marriage. Pray for your spouse’s wisdom, strength, peace, and growth in God. Bring their needs before Him because you love them and want to see them become everything He’s calling them to be.</w:t>
      </w:r>
    </w:p>
    <w:p w14:paraId="6610EEDD" w14:textId="77777777" w:rsidR="005743BD" w:rsidRDefault="005B7A0E">
      <w:r>
        <w:t>But if your prayers keep coming back to everything you want God to change in your spouse, start with yourself.</w:t>
      </w:r>
    </w:p>
    <w:p w14:paraId="32A874DE" w14:textId="77777777" w:rsidR="005743BD" w:rsidRDefault="005B7A0E">
      <w:r>
        <w:t>Your spouse has to be willing to respond to God. You can’t surrender for them, and it isn’t your place to take over His work or hand Him a list of changes based on your own preferences. Their response to His correction is between them and God. You can speak truth and encourage obedience while still allowing Him to work in ways and timing you don’t control.</w:t>
      </w:r>
    </w:p>
    <w:p w14:paraId="039847A9" w14:textId="77777777" w:rsidR="005743BD" w:rsidRDefault="005B7A0E">
      <w:r>
        <w:t>This is a powerful prayer: “Lord, change ME. Search my heart and show me what needs to change. Make me the husband or wife my spouse needs as You lead them toward becoming the person You’ve called them to be. Help me support Your work in their life.”</w:t>
      </w:r>
    </w:p>
    <w:p w14:paraId="0401DE2A" w14:textId="77777777" w:rsidR="005743BD" w:rsidRDefault="005B7A0E">
      <w:r>
        <w:t>Then be willing to hear His answer. He may show you an attitude or a habit that needs attention. He may deal with the way you speak to your spouse or how you approach the very thing you’ve been asking Him to change in them. You may have a valid concern and still need correction in how you’re handling it.</w:t>
      </w:r>
    </w:p>
    <w:p w14:paraId="56B49479" w14:textId="77777777" w:rsidR="005743BD" w:rsidRDefault="005B7A0E">
      <w:r>
        <w:t>Let Him begin with what needs to change in you. Your obedience can help you become a more loving, patient, and faithful spouse, even while they’re responsible for their own response to God.</w:t>
      </w:r>
    </w:p>
    <w:p w14:paraId="68B0CE08" w14:textId="77777777" w:rsidR="005743BD" w:rsidRDefault="005B7A0E">
      <w:r>
        <w:t>Listen when they tell you how things are going. You may discover a practical way to support what you’ve been praying about.</w:t>
      </w:r>
    </w:p>
    <w:p w14:paraId="61DCEE35" w14:textId="77777777" w:rsidR="005743BD" w:rsidRDefault="005B7A0E">
      <w:r>
        <w:lastRenderedPageBreak/>
        <w:t>Serving God together can deepen your marriage too. You may share some ministry responsibilities and have others that are different. Learn to appreciate the gifts God has placed in your spouse and encourage them to use those gifts faithfully.</w:t>
      </w:r>
    </w:p>
    <w:p w14:paraId="73AB5745" w14:textId="77777777" w:rsidR="005743BD" w:rsidRDefault="005B7A0E">
      <w:r>
        <w:t>My husband is a pastor. He’s outgoing and loves people. I’m more reserved and pretty nerdy. We have different ways of doing things, but those differences allow us to contribute in ways that help each other and the people we serve.</w:t>
      </w:r>
    </w:p>
    <w:p w14:paraId="0F3FE11D" w14:textId="77777777" w:rsidR="005743BD" w:rsidRDefault="005B7A0E">
      <w:r>
        <w:t>At Torah Observant Apostolics, he may be talking with someone, teaching, preaching, or counseling while I’m handling things in the background. There are also times when I step forward to teach, counsel, or pray with someone. Whatever the responsibility is, we need to support each other and work in unity.</w:t>
      </w:r>
    </w:p>
    <w:p w14:paraId="20ABD082" w14:textId="77777777" w:rsidR="005743BD" w:rsidRDefault="005B7A0E">
      <w:r>
        <w:t>That takes communication. We need to know what’s happening, what each person has committed to, and where help is needed. We also need enough humility to make adjustments when something isn’t working well.</w:t>
      </w:r>
    </w:p>
    <w:p w14:paraId="7A6ABCD3" w14:textId="77777777" w:rsidR="005743BD" w:rsidRDefault="005B7A0E">
      <w:r>
        <w:t>Ministry can become a place of strain when a couple stops having those conversations. One person may keep accepting responsibilities while the other quietly carries the cost at home. A schedule that looks fruitful to everyone else may be leaving very little room for the marriage.</w:t>
      </w:r>
    </w:p>
    <w:p w14:paraId="6BDAF44B" w14:textId="77777777" w:rsidR="005743BD" w:rsidRDefault="005B7A0E">
      <w:r>
        <w:t>Pay attention to that.</w:t>
      </w:r>
    </w:p>
    <w:p w14:paraId="49DAD503" w14:textId="77777777" w:rsidR="005743BD" w:rsidRDefault="005B7A0E">
      <w:r>
        <w:t>Your marriage and family are your first ministry. The way you care for them belongs within your obedience to God. If a commitment is consistently causing you to neglect your spouse or children, examine it honestly. Pray, discuss what’s happening, and make the changes that are needed.</w:t>
      </w:r>
    </w:p>
    <w:p w14:paraId="6B2A9FFD" w14:textId="77777777" w:rsidR="005743BD" w:rsidRDefault="005B7A0E">
      <w:r>
        <w:t xml:space="preserve">You don’t have to hold the same role or attend every activity together to support each other. You do need to care about how your commitments affect the life you share. Make room for each other’s </w:t>
      </w:r>
      <w:r>
        <w:lastRenderedPageBreak/>
        <w:t>gifts without treating your marriage as something that can always wait.</w:t>
      </w:r>
    </w:p>
    <w:p w14:paraId="5D48AD30" w14:textId="77777777" w:rsidR="005743BD" w:rsidRDefault="005B7A0E">
      <w:r>
        <w:t>For about three years, my husband and I drove 80 miles one way to teach a Bible study, then another 80 miles to get back home. I didn’t always feel like making that trip—I’m just going to be honest here. But I went to support him and to show the people we were teaching that we were a ministry team. My part was more in the background, but my presence mattered.</w:t>
      </w:r>
    </w:p>
    <w:p w14:paraId="4828E314" w14:textId="77777777" w:rsidR="005743BD" w:rsidRDefault="005B7A0E">
      <w:r>
        <w:t>A very big reason I went, though, was the ride home. We might leave at eight or nine at night, with more than an hour of driving still ahead of us. He had already driven 80 miles to get there, and ministry takes a lot of energy. By the time we headed home, he was tired. I didn’t want him making that long drive alone.</w:t>
      </w:r>
    </w:p>
    <w:p w14:paraId="639C4B88" w14:textId="77777777" w:rsidR="005743BD" w:rsidRDefault="005B7A0E">
      <w:r>
        <w:t>Some of our best conversations happened on those drives to and from the Bible study. We were supporting the ministry, but that time together gave us opportunities to talk and grow closer too.</w:t>
      </w:r>
    </w:p>
    <w:p w14:paraId="7E0A955E" w14:textId="77777777" w:rsidR="005743BD" w:rsidRDefault="005B7A0E">
      <w:r>
        <w:t>Nowadays, we set aside time each week to get out by ourselves and spend a few hours together. We might get on the interstate and drive, go get ice cream, or get coffee and find somewhere to sit and talk. We stay off our phones and give each other our full attention. We save the heavy or controversial topics for another time. This is time to enjoy each other’s company, talk, and connect.</w:t>
      </w:r>
    </w:p>
    <w:p w14:paraId="771125BD" w14:textId="77777777" w:rsidR="005743BD" w:rsidRDefault="005B7A0E">
      <w:r>
        <w:t>Honoring God together also means agreeing on standards for your home. Start with Scripture and discuss how you’ll apply it. Take the time to explain your concerns and listen to your spouse’s understanding. If you disagree, keep studying and seeking wisdom.</w:t>
      </w:r>
    </w:p>
    <w:p w14:paraId="67E1C7C2" w14:textId="77777777" w:rsidR="005743BD" w:rsidRDefault="005B7A0E">
      <w:r>
        <w:t>These conversations should help you grow in obedience and understanding. Neither person should use spiritual language to silence the other or make an honest question sound like rebellion.</w:t>
      </w:r>
    </w:p>
    <w:p w14:paraId="5BB9404E" w14:textId="77777777" w:rsidR="005743BD" w:rsidRDefault="005B7A0E">
      <w:r>
        <w:t xml:space="preserve">Consider your entertainment. What are you inviting into your home through movies, music, games, and social media? What are you </w:t>
      </w:r>
      <w:r>
        <w:lastRenderedPageBreak/>
        <w:t>becoming comfortable watching or laughing about? Are you feeding your spirit with things that encourage holiness, or repeatedly making room for things you know dishonor God?</w:t>
      </w:r>
    </w:p>
    <w:p w14:paraId="6CE4E093" w14:textId="77777777" w:rsidR="005743BD" w:rsidRDefault="005B7A0E">
      <w:r>
        <w:t>Be willing to examine a familiar habit honestly. Something doesn’t become harmless simply because you’ve enjoyed it for years or because everyone around you considers it normal.</w:t>
      </w:r>
    </w:p>
    <w:p w14:paraId="23886B5A" w14:textId="77777777" w:rsidR="005743BD" w:rsidRDefault="005B7A0E">
      <w:r>
        <w:t>Your speech needs attention too. The way you talk at home matters to God. Your spouse and children should receive the same care and restraint you would want someone else to hear in your voice.</w:t>
      </w:r>
    </w:p>
    <w:p w14:paraId="438B3097" w14:textId="77777777" w:rsidR="005743BD" w:rsidRDefault="005B7A0E">
      <w:r>
        <w:t>If you can speak kindly to a stranger while continually speaking harshly to your family, bring that before God. The people closest to you shouldn’t have to wait until someone else is present to receive your patience.</w:t>
      </w:r>
    </w:p>
    <w:p w14:paraId="4DD3E2FA" w14:textId="77777777" w:rsidR="005743BD" w:rsidRDefault="005B7A0E">
      <w:r>
        <w:t>Honesty is another part of a holy home. My husband and I have a straightforward expectation: tell the truth. An honest answer gives us something we can work with. A lie adds another problem and damages the trust needed to address the first one.</w:t>
      </w:r>
    </w:p>
    <w:p w14:paraId="54B76DA8" w14:textId="77777777" w:rsidR="005743BD" w:rsidRDefault="005B7A0E">
      <w:r>
        <w:t>That expectation applies to adults as well as children. You can’t teach honesty effectively while making excuses for your own deception.</w:t>
      </w:r>
    </w:p>
    <w:p w14:paraId="1BF6A1E5" w14:textId="77777777" w:rsidR="005743BD" w:rsidRDefault="005B7A0E">
      <w:r>
        <w:t>Make repentance and forgiveness part of your home too. When you hurt someone, acknowledge it, ask for forgiveness, and change the behavior. Adults need to apologize to children when they’ve wronged them. Husbands and wives need to be willing to repent to each other without turning every apology into an explanation of why the other person caused it.</w:t>
      </w:r>
    </w:p>
    <w:p w14:paraId="5FAD9C31" w14:textId="77777777" w:rsidR="005743BD" w:rsidRDefault="005B7A0E">
      <w:r>
        <w:t>Receiving correction with humility honors God. So does forgiving someone instead of continually using their failure against them.</w:t>
      </w:r>
    </w:p>
    <w:p w14:paraId="224DE104" w14:textId="77777777" w:rsidR="005743BD" w:rsidRDefault="005B7A0E">
      <w:r>
        <w:t xml:space="preserve">You’ll make mistakes. We certainly do. There are rough days, misunderstood words, and moments when we need to stop and </w:t>
      </w:r>
      <w:r>
        <w:lastRenderedPageBreak/>
        <w:t>make something right. A commitment to holiness means we can’t become comfortable leaving those things unaddressed.</w:t>
      </w:r>
    </w:p>
    <w:p w14:paraId="20BE086F" w14:textId="77777777" w:rsidR="005743BD" w:rsidRDefault="005B7A0E">
      <w:r>
        <w:t>Allow God to correct what happens in your home. Let His Word reach the conversations and habits that other people never see.</w:t>
      </w:r>
    </w:p>
    <w:p w14:paraId="355643B8" w14:textId="77777777" w:rsidR="005743BD" w:rsidRDefault="005B7A0E">
      <w:r>
        <w:t>Colossians 3:12–14 describes compassion, kindness, humility, meekness, patience, forgiveness, and love. Those qualities belong in your marriage. They should be evident in how you handle a disagreement, respond to a weakness, or care for your spouse during a difficult day.</w:t>
      </w:r>
    </w:p>
    <w:p w14:paraId="4970C8ED" w14:textId="77777777" w:rsidR="005743BD" w:rsidRDefault="005B7A0E">
      <w:r>
        <w:t>You honor God when you honor the covenant you made before Him. Be faithful. Guard the intimacy of your marriage. Speak respectfully about your spouse when they’re absent. Take care with the private things they have trusted you to know.</w:t>
      </w:r>
    </w:p>
    <w:p w14:paraId="06D91932" w14:textId="77777777" w:rsidR="005743BD" w:rsidRDefault="005B7A0E">
      <w:r>
        <w:t>Be someone your spouse can trust both at home and away from it.</w:t>
      </w:r>
    </w:p>
    <w:p w14:paraId="51A8589F" w14:textId="77777777" w:rsidR="005743BD" w:rsidRDefault="005B7A0E">
      <w:r>
        <w:t>The life you build together will speak. Your children will learn from it, people you serve will be affected by it, and your spouse will experience it far more closely than anyone else. Give thoughtful attention to what that life communicates about the God you profess to follow.</w:t>
      </w:r>
    </w:p>
    <w:p w14:paraId="425CB436" w14:textId="77777777" w:rsidR="005743BD" w:rsidRDefault="005B7A0E">
      <w:r>
        <w:t>Begin at home. Pray together, study together, serve with willing hearts, and put what you learn into practice. Let honoring God become the direction you choose together in the ordinary decisions of your marriage.</w:t>
      </w:r>
    </w:p>
    <w:p w14:paraId="797A5D65" w14:textId="77777777" w:rsidR="005743BD" w:rsidRDefault="005B7A0E">
      <w:r>
        <w:br w:type="page"/>
      </w:r>
    </w:p>
    <w:p w14:paraId="665DED77" w14:textId="77777777" w:rsidR="005743BD" w:rsidRDefault="005B7A0E">
      <w:pPr>
        <w:pStyle w:val="Heading2"/>
        <w:spacing w:after="240"/>
      </w:pPr>
      <w:r>
        <w:lastRenderedPageBreak/>
        <w:t>Reflection</w:t>
      </w:r>
    </w:p>
    <w:p w14:paraId="3C6BDF26" w14:textId="77777777" w:rsidR="005743BD" w:rsidRDefault="005B7A0E">
      <w:pPr>
        <w:pStyle w:val="Heading3"/>
        <w:spacing w:after="100"/>
      </w:pPr>
      <w:r>
        <w:t>Scripture for Study</w:t>
      </w:r>
    </w:p>
    <w:p w14:paraId="115C8462" w14:textId="77777777" w:rsidR="005743BD" w:rsidRDefault="005B7A0E">
      <w:pPr>
        <w:spacing w:after="400"/>
      </w:pPr>
      <w:r>
        <w:rPr>
          <w:sz w:val="22"/>
        </w:rPr>
        <w:t>Romans 12   •   Hebrews 13:4–6   •   Colossians 3:12–21</w:t>
      </w:r>
    </w:p>
    <w:p w14:paraId="254F5355" w14:textId="77777777" w:rsidR="005743BD" w:rsidRDefault="005B7A0E">
      <w:pPr>
        <w:keepNext/>
      </w:pPr>
      <w:r>
        <w:t>1. What place do prayer, Bible study, worship, and Sabbath rest currently have in your life together? Choose one practical step that would help you give these things more deliberate attention.</w:t>
      </w:r>
    </w:p>
    <w:p w14:paraId="6F3CB267" w14:textId="77777777" w:rsidR="005743BD" w:rsidRDefault="005B7A0E">
      <w:pPr>
        <w:pBdr>
          <w:bottom w:val="single" w:sz="3" w:space="0" w:color="B8B8B8"/>
          <w:between w:val="single" w:sz="3" w:space="0" w:color="B8B8B8"/>
        </w:pBdr>
        <w:spacing w:after="0" w:line="440" w:lineRule="exact"/>
      </w:pPr>
      <w:r>
        <w:rPr>
          <w:sz w:val="2"/>
        </w:rPr>
        <w:t xml:space="preserve"> </w:t>
      </w:r>
    </w:p>
    <w:p w14:paraId="0695010C" w14:textId="77777777" w:rsidR="005743BD" w:rsidRDefault="005B7A0E">
      <w:pPr>
        <w:pBdr>
          <w:bottom w:val="single" w:sz="3" w:space="0" w:color="B8B8B8"/>
          <w:between w:val="single" w:sz="3" w:space="0" w:color="B8B8B8"/>
        </w:pBdr>
        <w:spacing w:after="0" w:line="440" w:lineRule="exact"/>
      </w:pPr>
      <w:r>
        <w:rPr>
          <w:sz w:val="2"/>
        </w:rPr>
        <w:t xml:space="preserve"> </w:t>
      </w:r>
    </w:p>
    <w:p w14:paraId="1D55E4EE" w14:textId="77777777" w:rsidR="005743BD" w:rsidRDefault="005B7A0E">
      <w:pPr>
        <w:pBdr>
          <w:bottom w:val="single" w:sz="3" w:space="0" w:color="B8B8B8"/>
          <w:between w:val="single" w:sz="3" w:space="0" w:color="B8B8B8"/>
        </w:pBdr>
        <w:spacing w:after="0" w:line="440" w:lineRule="exact"/>
      </w:pPr>
      <w:r>
        <w:rPr>
          <w:sz w:val="2"/>
        </w:rPr>
        <w:t xml:space="preserve"> </w:t>
      </w:r>
    </w:p>
    <w:p w14:paraId="033C4173" w14:textId="77777777" w:rsidR="005743BD" w:rsidRDefault="005B7A0E">
      <w:pPr>
        <w:pBdr>
          <w:bottom w:val="single" w:sz="3" w:space="0" w:color="B8B8B8"/>
          <w:between w:val="single" w:sz="3" w:space="0" w:color="B8B8B8"/>
        </w:pBdr>
        <w:spacing w:after="0" w:line="440" w:lineRule="exact"/>
      </w:pPr>
      <w:r>
        <w:rPr>
          <w:sz w:val="2"/>
        </w:rPr>
        <w:t xml:space="preserve"> </w:t>
      </w:r>
    </w:p>
    <w:p w14:paraId="39A79B17" w14:textId="77777777" w:rsidR="005743BD" w:rsidRDefault="005B7A0E">
      <w:pPr>
        <w:pBdr>
          <w:bottom w:val="single" w:sz="3" w:space="0" w:color="B8B8B8"/>
          <w:between w:val="single" w:sz="3" w:space="0" w:color="B8B8B8"/>
        </w:pBdr>
        <w:spacing w:after="0" w:line="440" w:lineRule="exact"/>
      </w:pPr>
      <w:r>
        <w:rPr>
          <w:sz w:val="2"/>
        </w:rPr>
        <w:t xml:space="preserve"> </w:t>
      </w:r>
    </w:p>
    <w:p w14:paraId="6DF591AE" w14:textId="77777777" w:rsidR="005743BD" w:rsidRDefault="005743BD">
      <w:pPr>
        <w:spacing w:after="0" w:line="240" w:lineRule="exact"/>
      </w:pPr>
    </w:p>
    <w:p w14:paraId="00E2A644" w14:textId="77777777" w:rsidR="005743BD" w:rsidRDefault="005B7A0E">
      <w:pPr>
        <w:keepNext/>
      </w:pPr>
      <w:r>
        <w:t>2. Consider your speech, entertainment, honesty, and use of time. Is there a habit in your home that needs to change so that it better reflects what Scripture teaches?</w:t>
      </w:r>
    </w:p>
    <w:p w14:paraId="12114178" w14:textId="77777777" w:rsidR="005743BD" w:rsidRDefault="005B7A0E">
      <w:pPr>
        <w:pBdr>
          <w:bottom w:val="single" w:sz="3" w:space="0" w:color="B8B8B8"/>
          <w:between w:val="single" w:sz="3" w:space="0" w:color="B8B8B8"/>
        </w:pBdr>
        <w:spacing w:after="0" w:line="440" w:lineRule="exact"/>
      </w:pPr>
      <w:r>
        <w:rPr>
          <w:sz w:val="2"/>
        </w:rPr>
        <w:t xml:space="preserve"> </w:t>
      </w:r>
    </w:p>
    <w:p w14:paraId="3B094601" w14:textId="77777777" w:rsidR="005743BD" w:rsidRDefault="005B7A0E">
      <w:pPr>
        <w:pBdr>
          <w:bottom w:val="single" w:sz="3" w:space="0" w:color="B8B8B8"/>
          <w:between w:val="single" w:sz="3" w:space="0" w:color="B8B8B8"/>
        </w:pBdr>
        <w:spacing w:after="0" w:line="440" w:lineRule="exact"/>
      </w:pPr>
      <w:r>
        <w:rPr>
          <w:sz w:val="2"/>
        </w:rPr>
        <w:t xml:space="preserve"> </w:t>
      </w:r>
    </w:p>
    <w:p w14:paraId="6DCF562F" w14:textId="77777777" w:rsidR="005743BD" w:rsidRDefault="005B7A0E">
      <w:pPr>
        <w:pBdr>
          <w:bottom w:val="single" w:sz="3" w:space="0" w:color="B8B8B8"/>
          <w:between w:val="single" w:sz="3" w:space="0" w:color="B8B8B8"/>
        </w:pBdr>
        <w:spacing w:after="0" w:line="440" w:lineRule="exact"/>
      </w:pPr>
      <w:r>
        <w:rPr>
          <w:sz w:val="2"/>
        </w:rPr>
        <w:t xml:space="preserve"> </w:t>
      </w:r>
    </w:p>
    <w:p w14:paraId="462A4C0C" w14:textId="77777777" w:rsidR="005743BD" w:rsidRDefault="005B7A0E">
      <w:pPr>
        <w:pBdr>
          <w:bottom w:val="single" w:sz="3" w:space="0" w:color="B8B8B8"/>
          <w:between w:val="single" w:sz="3" w:space="0" w:color="B8B8B8"/>
        </w:pBdr>
        <w:spacing w:after="0" w:line="440" w:lineRule="exact"/>
      </w:pPr>
      <w:r>
        <w:rPr>
          <w:sz w:val="2"/>
        </w:rPr>
        <w:t xml:space="preserve"> </w:t>
      </w:r>
    </w:p>
    <w:p w14:paraId="5FB455AE" w14:textId="77777777" w:rsidR="005743BD" w:rsidRDefault="005B7A0E">
      <w:pPr>
        <w:pBdr>
          <w:bottom w:val="single" w:sz="3" w:space="0" w:color="B8B8B8"/>
          <w:between w:val="single" w:sz="3" w:space="0" w:color="B8B8B8"/>
        </w:pBdr>
        <w:spacing w:after="0" w:line="440" w:lineRule="exact"/>
      </w:pPr>
      <w:r>
        <w:rPr>
          <w:sz w:val="2"/>
        </w:rPr>
        <w:t xml:space="preserve"> </w:t>
      </w:r>
    </w:p>
    <w:p w14:paraId="2447CE94" w14:textId="77777777" w:rsidR="005743BD" w:rsidRDefault="005743BD">
      <w:pPr>
        <w:spacing w:after="0" w:line="240" w:lineRule="exact"/>
      </w:pPr>
    </w:p>
    <w:p w14:paraId="71CCB97D" w14:textId="77777777" w:rsidR="005743BD" w:rsidRDefault="005B7A0E">
      <w:r>
        <w:br w:type="page"/>
      </w:r>
    </w:p>
    <w:p w14:paraId="55F4D351" w14:textId="43F5A007" w:rsidR="005743BD" w:rsidRDefault="005B7A0E">
      <w:pPr>
        <w:pStyle w:val="Heading2"/>
        <w:spacing w:after="240"/>
      </w:pPr>
      <w:r>
        <w:lastRenderedPageBreak/>
        <w:t xml:space="preserve">Reflection </w:t>
      </w:r>
    </w:p>
    <w:p w14:paraId="2C5B9B46" w14:textId="77777777" w:rsidR="005743BD" w:rsidRDefault="005B7A0E">
      <w:pPr>
        <w:spacing w:after="400"/>
      </w:pPr>
      <w:r>
        <w:rPr>
          <w:i/>
          <w:sz w:val="22"/>
        </w:rPr>
        <w:t>Take your time. Pray, reflect, and write.</w:t>
      </w:r>
    </w:p>
    <w:p w14:paraId="5160A5E5" w14:textId="77777777" w:rsidR="005743BD" w:rsidRDefault="005B7A0E">
      <w:pPr>
        <w:keepNext/>
      </w:pPr>
      <w:r>
        <w:t>3. How can you support each other’s service to God while also caring for your marriage and family? Is there a commitment or expectation you need to discuss?</w:t>
      </w:r>
    </w:p>
    <w:p w14:paraId="03C91764" w14:textId="77777777" w:rsidR="005743BD" w:rsidRDefault="005B7A0E">
      <w:pPr>
        <w:pBdr>
          <w:bottom w:val="single" w:sz="3" w:space="0" w:color="B8B8B8"/>
          <w:between w:val="single" w:sz="3" w:space="0" w:color="B8B8B8"/>
        </w:pBdr>
        <w:spacing w:after="0" w:line="440" w:lineRule="exact"/>
      </w:pPr>
      <w:r>
        <w:rPr>
          <w:sz w:val="2"/>
        </w:rPr>
        <w:t xml:space="preserve"> </w:t>
      </w:r>
    </w:p>
    <w:p w14:paraId="5492F898" w14:textId="77777777" w:rsidR="005743BD" w:rsidRDefault="005B7A0E">
      <w:pPr>
        <w:pBdr>
          <w:bottom w:val="single" w:sz="3" w:space="0" w:color="B8B8B8"/>
          <w:between w:val="single" w:sz="3" w:space="0" w:color="B8B8B8"/>
        </w:pBdr>
        <w:spacing w:after="0" w:line="440" w:lineRule="exact"/>
      </w:pPr>
      <w:r>
        <w:rPr>
          <w:sz w:val="2"/>
        </w:rPr>
        <w:t xml:space="preserve"> </w:t>
      </w:r>
    </w:p>
    <w:p w14:paraId="2557D1F0" w14:textId="77777777" w:rsidR="005743BD" w:rsidRDefault="005B7A0E">
      <w:pPr>
        <w:pBdr>
          <w:bottom w:val="single" w:sz="3" w:space="0" w:color="B8B8B8"/>
          <w:between w:val="single" w:sz="3" w:space="0" w:color="B8B8B8"/>
        </w:pBdr>
        <w:spacing w:after="0" w:line="440" w:lineRule="exact"/>
      </w:pPr>
      <w:r>
        <w:rPr>
          <w:sz w:val="2"/>
        </w:rPr>
        <w:t xml:space="preserve"> </w:t>
      </w:r>
    </w:p>
    <w:p w14:paraId="351D9B30" w14:textId="77777777" w:rsidR="005743BD" w:rsidRDefault="005B7A0E">
      <w:pPr>
        <w:pBdr>
          <w:bottom w:val="single" w:sz="3" w:space="0" w:color="B8B8B8"/>
          <w:between w:val="single" w:sz="3" w:space="0" w:color="B8B8B8"/>
        </w:pBdr>
        <w:spacing w:after="0" w:line="440" w:lineRule="exact"/>
      </w:pPr>
      <w:r>
        <w:rPr>
          <w:sz w:val="2"/>
        </w:rPr>
        <w:t xml:space="preserve"> </w:t>
      </w:r>
    </w:p>
    <w:p w14:paraId="4BD7405A" w14:textId="77777777" w:rsidR="005743BD" w:rsidRDefault="005B7A0E">
      <w:pPr>
        <w:pBdr>
          <w:bottom w:val="single" w:sz="3" w:space="0" w:color="B8B8B8"/>
          <w:between w:val="single" w:sz="3" w:space="0" w:color="B8B8B8"/>
        </w:pBdr>
        <w:spacing w:after="0" w:line="440" w:lineRule="exact"/>
      </w:pPr>
      <w:r>
        <w:rPr>
          <w:sz w:val="2"/>
        </w:rPr>
        <w:t xml:space="preserve"> </w:t>
      </w:r>
    </w:p>
    <w:p w14:paraId="1BCC9437" w14:textId="77777777" w:rsidR="005743BD" w:rsidRDefault="005B7A0E">
      <w:pPr>
        <w:pBdr>
          <w:bottom w:val="single" w:sz="3" w:space="0" w:color="B8B8B8"/>
          <w:between w:val="single" w:sz="3" w:space="0" w:color="B8B8B8"/>
        </w:pBdr>
        <w:spacing w:after="0" w:line="440" w:lineRule="exact"/>
      </w:pPr>
      <w:r>
        <w:rPr>
          <w:sz w:val="2"/>
        </w:rPr>
        <w:t xml:space="preserve"> </w:t>
      </w:r>
    </w:p>
    <w:p w14:paraId="125EBB74" w14:textId="77777777" w:rsidR="005743BD" w:rsidRDefault="005743BD">
      <w:pPr>
        <w:spacing w:after="0" w:line="240" w:lineRule="exact"/>
      </w:pPr>
    </w:p>
    <w:p w14:paraId="574A10D4" w14:textId="77777777" w:rsidR="005743BD" w:rsidRDefault="005B7A0E">
      <w:pPr>
        <w:keepNext/>
      </w:pPr>
      <w:r>
        <w:t>4. What’s one thing that you admire about your spouse?</w:t>
      </w:r>
    </w:p>
    <w:p w14:paraId="4F747DFD" w14:textId="77777777" w:rsidR="005743BD" w:rsidRDefault="005B7A0E">
      <w:pPr>
        <w:pBdr>
          <w:bottom w:val="single" w:sz="3" w:space="0" w:color="B8B8B8"/>
          <w:between w:val="single" w:sz="3" w:space="0" w:color="B8B8B8"/>
        </w:pBdr>
        <w:spacing w:after="0" w:line="440" w:lineRule="exact"/>
      </w:pPr>
      <w:r>
        <w:rPr>
          <w:sz w:val="2"/>
        </w:rPr>
        <w:t xml:space="preserve"> </w:t>
      </w:r>
    </w:p>
    <w:p w14:paraId="43123F1B" w14:textId="77777777" w:rsidR="005743BD" w:rsidRDefault="005B7A0E">
      <w:pPr>
        <w:pBdr>
          <w:bottom w:val="single" w:sz="3" w:space="0" w:color="B8B8B8"/>
          <w:between w:val="single" w:sz="3" w:space="0" w:color="B8B8B8"/>
        </w:pBdr>
        <w:spacing w:after="0" w:line="440" w:lineRule="exact"/>
      </w:pPr>
      <w:r>
        <w:rPr>
          <w:sz w:val="2"/>
        </w:rPr>
        <w:t xml:space="preserve"> </w:t>
      </w:r>
    </w:p>
    <w:p w14:paraId="2E0BD3BD" w14:textId="77777777" w:rsidR="005743BD" w:rsidRDefault="005B7A0E">
      <w:pPr>
        <w:pBdr>
          <w:bottom w:val="single" w:sz="3" w:space="0" w:color="B8B8B8"/>
          <w:between w:val="single" w:sz="3" w:space="0" w:color="B8B8B8"/>
        </w:pBdr>
        <w:spacing w:after="0" w:line="440" w:lineRule="exact"/>
      </w:pPr>
      <w:r>
        <w:rPr>
          <w:sz w:val="2"/>
        </w:rPr>
        <w:t xml:space="preserve"> </w:t>
      </w:r>
    </w:p>
    <w:p w14:paraId="16C6C6D7" w14:textId="77777777" w:rsidR="005743BD" w:rsidRDefault="005B7A0E">
      <w:pPr>
        <w:pBdr>
          <w:bottom w:val="single" w:sz="3" w:space="0" w:color="B8B8B8"/>
          <w:between w:val="single" w:sz="3" w:space="0" w:color="B8B8B8"/>
        </w:pBdr>
        <w:spacing w:after="0" w:line="440" w:lineRule="exact"/>
      </w:pPr>
      <w:r>
        <w:rPr>
          <w:sz w:val="2"/>
        </w:rPr>
        <w:t xml:space="preserve"> </w:t>
      </w:r>
    </w:p>
    <w:p w14:paraId="62C6DD07" w14:textId="77777777" w:rsidR="005743BD" w:rsidRDefault="005B7A0E">
      <w:pPr>
        <w:pBdr>
          <w:bottom w:val="single" w:sz="3" w:space="0" w:color="B8B8B8"/>
          <w:between w:val="single" w:sz="3" w:space="0" w:color="B8B8B8"/>
        </w:pBdr>
        <w:spacing w:after="0" w:line="440" w:lineRule="exact"/>
      </w:pPr>
      <w:r>
        <w:rPr>
          <w:sz w:val="2"/>
        </w:rPr>
        <w:t xml:space="preserve"> </w:t>
      </w:r>
    </w:p>
    <w:p w14:paraId="021A34DB" w14:textId="77777777" w:rsidR="005743BD" w:rsidRDefault="005B7A0E">
      <w:pPr>
        <w:pBdr>
          <w:bottom w:val="single" w:sz="3" w:space="0" w:color="B8B8B8"/>
          <w:between w:val="single" w:sz="3" w:space="0" w:color="B8B8B8"/>
        </w:pBdr>
        <w:spacing w:after="0" w:line="440" w:lineRule="exact"/>
      </w:pPr>
      <w:r>
        <w:rPr>
          <w:sz w:val="2"/>
        </w:rPr>
        <w:t xml:space="preserve"> </w:t>
      </w:r>
    </w:p>
    <w:p w14:paraId="426A6AD5" w14:textId="77777777" w:rsidR="005743BD" w:rsidRDefault="005743BD">
      <w:pPr>
        <w:spacing w:after="0" w:line="240" w:lineRule="exact"/>
      </w:pPr>
    </w:p>
    <w:p w14:paraId="07914CD8" w14:textId="77777777" w:rsidR="005743BD" w:rsidRDefault="005B7A0E">
      <w:r>
        <w:br w:type="page"/>
      </w:r>
    </w:p>
    <w:p w14:paraId="6C3DAE51" w14:textId="41090ED9" w:rsidR="005743BD" w:rsidRDefault="005B7A0E">
      <w:pPr>
        <w:pStyle w:val="Heading2"/>
        <w:spacing w:after="240"/>
      </w:pPr>
      <w:r>
        <w:lastRenderedPageBreak/>
        <w:t xml:space="preserve">Reflection </w:t>
      </w:r>
    </w:p>
    <w:p w14:paraId="15554DF1" w14:textId="77777777" w:rsidR="005743BD" w:rsidRDefault="005B7A0E">
      <w:pPr>
        <w:spacing w:after="400"/>
      </w:pPr>
      <w:r>
        <w:rPr>
          <w:i/>
          <w:sz w:val="22"/>
        </w:rPr>
        <w:t>Take your time. Pray, reflect, and write.</w:t>
      </w:r>
    </w:p>
    <w:p w14:paraId="049BDB6A" w14:textId="77777777" w:rsidR="005743BD" w:rsidRDefault="005B7A0E">
      <w:pPr>
        <w:keepNext/>
      </w:pPr>
      <w:r>
        <w:t>5. What’s one way that your spouse blesses you or has blessed you?</w:t>
      </w:r>
    </w:p>
    <w:p w14:paraId="6A3D2235" w14:textId="77777777" w:rsidR="005743BD" w:rsidRDefault="005B7A0E">
      <w:pPr>
        <w:pBdr>
          <w:bottom w:val="single" w:sz="3" w:space="0" w:color="B8B8B8"/>
          <w:between w:val="single" w:sz="3" w:space="0" w:color="B8B8B8"/>
        </w:pBdr>
        <w:spacing w:after="0" w:line="440" w:lineRule="exact"/>
      </w:pPr>
      <w:r>
        <w:rPr>
          <w:sz w:val="2"/>
        </w:rPr>
        <w:t xml:space="preserve"> </w:t>
      </w:r>
    </w:p>
    <w:p w14:paraId="46564E01" w14:textId="77777777" w:rsidR="005743BD" w:rsidRDefault="005B7A0E">
      <w:pPr>
        <w:pBdr>
          <w:bottom w:val="single" w:sz="3" w:space="0" w:color="B8B8B8"/>
          <w:between w:val="single" w:sz="3" w:space="0" w:color="B8B8B8"/>
        </w:pBdr>
        <w:spacing w:after="0" w:line="440" w:lineRule="exact"/>
      </w:pPr>
      <w:r>
        <w:rPr>
          <w:sz w:val="2"/>
        </w:rPr>
        <w:t xml:space="preserve"> </w:t>
      </w:r>
    </w:p>
    <w:p w14:paraId="77FB54C7" w14:textId="77777777" w:rsidR="005743BD" w:rsidRDefault="005B7A0E">
      <w:pPr>
        <w:pBdr>
          <w:bottom w:val="single" w:sz="3" w:space="0" w:color="B8B8B8"/>
          <w:between w:val="single" w:sz="3" w:space="0" w:color="B8B8B8"/>
        </w:pBdr>
        <w:spacing w:after="0" w:line="440" w:lineRule="exact"/>
      </w:pPr>
      <w:r>
        <w:rPr>
          <w:sz w:val="2"/>
        </w:rPr>
        <w:t xml:space="preserve"> </w:t>
      </w:r>
    </w:p>
    <w:p w14:paraId="7FF03D04" w14:textId="77777777" w:rsidR="005743BD" w:rsidRDefault="005B7A0E">
      <w:pPr>
        <w:pBdr>
          <w:bottom w:val="single" w:sz="3" w:space="0" w:color="B8B8B8"/>
          <w:between w:val="single" w:sz="3" w:space="0" w:color="B8B8B8"/>
        </w:pBdr>
        <w:spacing w:after="0" w:line="440" w:lineRule="exact"/>
      </w:pPr>
      <w:r>
        <w:rPr>
          <w:sz w:val="2"/>
        </w:rPr>
        <w:t xml:space="preserve"> </w:t>
      </w:r>
    </w:p>
    <w:p w14:paraId="3E61C3DB" w14:textId="77777777" w:rsidR="005743BD" w:rsidRDefault="005B7A0E">
      <w:pPr>
        <w:pBdr>
          <w:bottom w:val="single" w:sz="3" w:space="0" w:color="B8B8B8"/>
          <w:between w:val="single" w:sz="3" w:space="0" w:color="B8B8B8"/>
        </w:pBdr>
        <w:spacing w:after="0" w:line="440" w:lineRule="exact"/>
      </w:pPr>
      <w:r>
        <w:rPr>
          <w:sz w:val="2"/>
        </w:rPr>
        <w:t xml:space="preserve"> </w:t>
      </w:r>
    </w:p>
    <w:p w14:paraId="47A376B5" w14:textId="77777777" w:rsidR="005743BD" w:rsidRDefault="005B7A0E">
      <w:pPr>
        <w:pBdr>
          <w:bottom w:val="single" w:sz="3" w:space="0" w:color="B8B8B8"/>
          <w:between w:val="single" w:sz="3" w:space="0" w:color="B8B8B8"/>
        </w:pBdr>
        <w:spacing w:after="0" w:line="440" w:lineRule="exact"/>
      </w:pPr>
      <w:r>
        <w:rPr>
          <w:sz w:val="2"/>
        </w:rPr>
        <w:t xml:space="preserve"> </w:t>
      </w:r>
    </w:p>
    <w:p w14:paraId="650DE8E6" w14:textId="77777777" w:rsidR="005743BD" w:rsidRDefault="005743BD">
      <w:pPr>
        <w:spacing w:after="0" w:line="240" w:lineRule="exact"/>
      </w:pPr>
    </w:p>
    <w:p w14:paraId="61ACB604" w14:textId="77777777" w:rsidR="005743BD" w:rsidRDefault="005B7A0E">
      <w:pPr>
        <w:keepNext/>
      </w:pPr>
      <w:r>
        <w:t>6. What’s one thing that you can commit to today to make your marriage better or stronger?</w:t>
      </w:r>
    </w:p>
    <w:p w14:paraId="39CF97F6" w14:textId="77777777" w:rsidR="005743BD" w:rsidRDefault="005B7A0E">
      <w:pPr>
        <w:pBdr>
          <w:bottom w:val="single" w:sz="3" w:space="0" w:color="B8B8B8"/>
          <w:between w:val="single" w:sz="3" w:space="0" w:color="B8B8B8"/>
        </w:pBdr>
        <w:spacing w:after="0" w:line="440" w:lineRule="exact"/>
      </w:pPr>
      <w:r>
        <w:rPr>
          <w:sz w:val="2"/>
        </w:rPr>
        <w:t xml:space="preserve"> </w:t>
      </w:r>
    </w:p>
    <w:p w14:paraId="6C059068" w14:textId="77777777" w:rsidR="005743BD" w:rsidRDefault="005B7A0E">
      <w:pPr>
        <w:pBdr>
          <w:bottom w:val="single" w:sz="3" w:space="0" w:color="B8B8B8"/>
          <w:between w:val="single" w:sz="3" w:space="0" w:color="B8B8B8"/>
        </w:pBdr>
        <w:spacing w:after="0" w:line="440" w:lineRule="exact"/>
      </w:pPr>
      <w:r>
        <w:rPr>
          <w:sz w:val="2"/>
        </w:rPr>
        <w:t xml:space="preserve"> </w:t>
      </w:r>
    </w:p>
    <w:p w14:paraId="2C81D008" w14:textId="77777777" w:rsidR="005743BD" w:rsidRDefault="005B7A0E">
      <w:pPr>
        <w:pBdr>
          <w:bottom w:val="single" w:sz="3" w:space="0" w:color="B8B8B8"/>
          <w:between w:val="single" w:sz="3" w:space="0" w:color="B8B8B8"/>
        </w:pBdr>
        <w:spacing w:after="0" w:line="440" w:lineRule="exact"/>
      </w:pPr>
      <w:r>
        <w:rPr>
          <w:sz w:val="2"/>
        </w:rPr>
        <w:t xml:space="preserve"> </w:t>
      </w:r>
    </w:p>
    <w:p w14:paraId="0B168C44" w14:textId="77777777" w:rsidR="005743BD" w:rsidRDefault="005B7A0E">
      <w:pPr>
        <w:pBdr>
          <w:bottom w:val="single" w:sz="3" w:space="0" w:color="B8B8B8"/>
          <w:between w:val="single" w:sz="3" w:space="0" w:color="B8B8B8"/>
        </w:pBdr>
        <w:spacing w:after="0" w:line="440" w:lineRule="exact"/>
      </w:pPr>
      <w:r>
        <w:rPr>
          <w:sz w:val="2"/>
        </w:rPr>
        <w:t xml:space="preserve"> </w:t>
      </w:r>
    </w:p>
    <w:p w14:paraId="7B0FB982" w14:textId="77777777" w:rsidR="005743BD" w:rsidRDefault="005B7A0E">
      <w:pPr>
        <w:pBdr>
          <w:bottom w:val="single" w:sz="3" w:space="0" w:color="B8B8B8"/>
          <w:between w:val="single" w:sz="3" w:space="0" w:color="B8B8B8"/>
        </w:pBdr>
        <w:spacing w:after="0" w:line="440" w:lineRule="exact"/>
      </w:pPr>
      <w:r>
        <w:rPr>
          <w:sz w:val="2"/>
        </w:rPr>
        <w:t xml:space="preserve"> </w:t>
      </w:r>
    </w:p>
    <w:p w14:paraId="254CA1E5" w14:textId="77777777" w:rsidR="005743BD" w:rsidRDefault="005B7A0E">
      <w:pPr>
        <w:pBdr>
          <w:bottom w:val="single" w:sz="3" w:space="0" w:color="B8B8B8"/>
          <w:between w:val="single" w:sz="3" w:space="0" w:color="B8B8B8"/>
        </w:pBdr>
        <w:spacing w:after="0" w:line="440" w:lineRule="exact"/>
      </w:pPr>
      <w:r>
        <w:rPr>
          <w:sz w:val="2"/>
        </w:rPr>
        <w:t xml:space="preserve"> </w:t>
      </w:r>
    </w:p>
    <w:p w14:paraId="07EB96CD" w14:textId="77777777" w:rsidR="005743BD" w:rsidRDefault="005743BD">
      <w:pPr>
        <w:spacing w:after="0" w:line="240" w:lineRule="exact"/>
      </w:pPr>
    </w:p>
    <w:p w14:paraId="7404EA52" w14:textId="77777777" w:rsidR="005743BD" w:rsidRDefault="005743BD">
      <w:pPr>
        <w:sectPr w:rsidR="005743BD">
          <w:footerReference w:type="default" r:id="rId16"/>
          <w:type w:val="oddPage"/>
          <w:pgSz w:w="10080" w:h="14400"/>
          <w:pgMar w:top="1152" w:right="1152" w:bottom="1152" w:left="1296" w:header="504" w:footer="504" w:gutter="0"/>
          <w:cols w:space="720"/>
          <w:docGrid w:linePitch="360"/>
        </w:sectPr>
      </w:pPr>
    </w:p>
    <w:p w14:paraId="69D3A776" w14:textId="77777777" w:rsidR="00C3140B" w:rsidRDefault="00C3140B">
      <w:pPr>
        <w:pStyle w:val="Heading1"/>
      </w:pPr>
    </w:p>
    <w:p w14:paraId="74830366" w14:textId="77777777" w:rsidR="00C3140B" w:rsidRDefault="00C3140B">
      <w:pPr>
        <w:pStyle w:val="Heading1"/>
      </w:pPr>
    </w:p>
    <w:p w14:paraId="17F71959" w14:textId="77777777" w:rsidR="00C3140B" w:rsidRDefault="00C3140B">
      <w:pPr>
        <w:pStyle w:val="Heading1"/>
      </w:pPr>
    </w:p>
    <w:p w14:paraId="0115B533" w14:textId="61265E28" w:rsidR="005743BD" w:rsidRDefault="005B7A0E">
      <w:pPr>
        <w:pStyle w:val="Heading1"/>
      </w:pPr>
      <w:r>
        <w:t>1. Keep God at the center of your marriage.</w:t>
      </w:r>
    </w:p>
    <w:p w14:paraId="38D5164E" w14:textId="77777777" w:rsidR="005743BD" w:rsidRDefault="005B7A0E">
      <w:r>
        <w:t>This is the most important step to having a godly marriage. Every other principle in this book depends on your willingness to let God shape your heart, your choices, and the way you treat your spouse.</w:t>
      </w:r>
    </w:p>
    <w:p w14:paraId="61C591B1" w14:textId="77777777" w:rsidR="005743BD" w:rsidRDefault="005B7A0E">
      <w:r>
        <w:t>You can agree that God comes first and still discover that your daily decisions tell a different story. It’s worth asking what place His Word actually has when you’re frustrated, when obedience is inconvenient, or when He asks you to surrender something you would rather keep.</w:t>
      </w:r>
    </w:p>
    <w:p w14:paraId="7373130E" w14:textId="77777777" w:rsidR="005743BD" w:rsidRDefault="005B7A0E">
      <w:r>
        <w:t>I’ve often said that if God is your “co-pilot,” you need to move over and let Him take the wheel.</w:t>
      </w:r>
    </w:p>
    <w:p w14:paraId="20AF0589" w14:textId="77777777" w:rsidR="005743BD" w:rsidRDefault="005B7A0E">
      <w:r>
        <w:t>That means being willing to follow His direction even when you had another route in mind. You can’t ask Him to lead your marriage while reserving the right to ignore His direction whenever it makes you uncomfortable or asks something you simply don’t want to do.</w:t>
      </w:r>
    </w:p>
    <w:p w14:paraId="75741F93" w14:textId="77777777" w:rsidR="005743BD" w:rsidRDefault="005B7A0E">
      <w:r>
        <w:t>Psalm 127:1 says, “Unless the LORD builds the house, they labor in vain who build it.”</w:t>
      </w:r>
    </w:p>
    <w:p w14:paraId="02EC3D32" w14:textId="77777777" w:rsidR="005743BD" w:rsidRDefault="005B7A0E">
      <w:r>
        <w:t xml:space="preserve">You can put a great deal of effort into building a life together. You can work, plan, save, raise children, and accomplish things that look successful from the outside. But you also need to examine what </w:t>
      </w:r>
      <w:r>
        <w:lastRenderedPageBreak/>
        <w:t>supports that life. What are you relying on? Whose instruction guides your decisions? What happens when what you want conflicts with what God has said?</w:t>
      </w:r>
    </w:p>
    <w:p w14:paraId="3BF46521" w14:textId="77777777" w:rsidR="005743BD" w:rsidRDefault="005B7A0E">
      <w:r>
        <w:t>A marriage built on the Word requires more than having a Bible somewhere in the house. You need to open it, understand what it says, and put it into practice.</w:t>
      </w:r>
    </w:p>
    <w:p w14:paraId="29D88526" w14:textId="77777777" w:rsidR="005743BD" w:rsidRDefault="005B7A0E">
      <w:r>
        <w:t>And that applies to both of you.</w:t>
      </w:r>
    </w:p>
    <w:p w14:paraId="7278CB55" w14:textId="77777777" w:rsidR="005743BD" w:rsidRDefault="005B7A0E">
      <w:r>
        <w:t>Keeping God at the center begins with your own surrender. You’re responsible for your response to Him. Your spouse can encourage you, pray for you, and help you grow, but they can’t obey God on your behalf.</w:t>
      </w:r>
    </w:p>
    <w:p w14:paraId="1F1D757D" w14:textId="77777777" w:rsidR="005743BD" w:rsidRDefault="005B7A0E">
      <w:r>
        <w:t>You need a relationship with Him that reaches beyond what your spouse believes or does. Seek Him for yourself. Study the Word, pray, and allow His Spirit to work in you. Then bring that growing obedience into your marriage.</w:t>
      </w:r>
    </w:p>
    <w:p w14:paraId="48310EC2" w14:textId="77777777" w:rsidR="005743BD" w:rsidRDefault="005B7A0E">
      <w:r>
        <w:t>Be a godly example for each other.</w:t>
      </w:r>
    </w:p>
    <w:p w14:paraId="1D0FF3DB" w14:textId="77777777" w:rsidR="005743BD" w:rsidRDefault="005B7A0E">
      <w:r>
        <w:t>In Matthew 22:37, Jesus identifies the greatest commandment by quoting the instruction to love God with all your heart, soul, and mind. That command reaches back to Deuteronomy 6:5. The call to wholehearted love and obedience runs through the whole Bible.</w:t>
      </w:r>
    </w:p>
    <w:p w14:paraId="080AE810" w14:textId="77777777" w:rsidR="005743BD" w:rsidRDefault="005B7A0E">
      <w:r>
        <w:t>God has always required your whole heart.</w:t>
      </w:r>
    </w:p>
    <w:p w14:paraId="25755693" w14:textId="77777777" w:rsidR="005743BD" w:rsidRDefault="005B7A0E">
      <w:r>
        <w:t>Exodus 20:3 says, “You shall have no other gods before Me.”</w:t>
      </w:r>
    </w:p>
    <w:p w14:paraId="2187180D" w14:textId="77777777" w:rsidR="005743BD" w:rsidRDefault="005B7A0E">
      <w:r>
        <w:t>Your spouse must never take God’s place in your life. Neither should your children, your work, your money, or your ministry. You can love someone deeply and still recognize that your first responsibility is obedience to God.</w:t>
      </w:r>
    </w:p>
    <w:p w14:paraId="56B26B9C" w14:textId="77777777" w:rsidR="005743BD" w:rsidRDefault="005B7A0E">
      <w:r>
        <w:t xml:space="preserve">Sometimes that means having a difficult conversation instead of agreeing to something you know is wrong. Sometimes it means changing a familiar practice because you’ve discovered that Scripture teaches something different. Sometimes it means </w:t>
      </w:r>
      <w:r>
        <w:lastRenderedPageBreak/>
        <w:t>acknowledging that you’ve allowed a good thing to occupy a place that belongs to Him.</w:t>
      </w:r>
    </w:p>
    <w:p w14:paraId="15D7250E" w14:textId="77777777" w:rsidR="005743BD" w:rsidRDefault="005B7A0E">
      <w:r>
        <w:t>Be honest about what you’re protecting.</w:t>
      </w:r>
    </w:p>
    <w:p w14:paraId="79B53458" w14:textId="77777777" w:rsidR="005743BD" w:rsidRDefault="005B7A0E">
      <w:r>
        <w:t>It’s easy to recognize an idol when it belongs to someone else. It can be harder to recognize the place you have given your own comfort, reputation, preferences, or plans. Ask God to show you what you’ve been unwilling to surrender, and be ready to hear the answer.</w:t>
      </w:r>
    </w:p>
    <w:p w14:paraId="37A5FEE4" w14:textId="77777777" w:rsidR="005743BD" w:rsidRDefault="005B7A0E">
      <w:r>
        <w:t>Following Jesus requires sacrifice. Your flesh won’t always appreciate the direction He gives you. It may argue, produce excuses, or remind you that plenty of other people are doing what you want to do.</w:t>
      </w:r>
    </w:p>
    <w:p w14:paraId="76305275" w14:textId="77777777" w:rsidR="005743BD" w:rsidRDefault="005B7A0E">
      <w:r>
        <w:t>The number of people doing something doesn’t determine whether it honors God.</w:t>
      </w:r>
    </w:p>
    <w:p w14:paraId="36D84658" w14:textId="77777777" w:rsidR="005743BD" w:rsidRDefault="005B7A0E">
      <w:r>
        <w:t>Being a whole-Bible believer requires a willingness to let Scripture correct what you’ve inherited, assumed, or become accustomed to. You can’t keep only the instructions that fit comfortably into the life you already have. Give the whole Word room to shape you.</w:t>
      </w:r>
    </w:p>
    <w:p w14:paraId="220F70EB" w14:textId="77777777" w:rsidR="005743BD" w:rsidRDefault="005B7A0E">
      <w:r>
        <w:t>That includes the instructions that reach into your marriage.</w:t>
      </w:r>
    </w:p>
    <w:p w14:paraId="456B9DC5" w14:textId="77777777" w:rsidR="005743BD" w:rsidRDefault="005B7A0E">
      <w:r>
        <w:t>If you’re asking God to strengthen your relationship, be willing to respond when He shows you something you need to change. He may bring your attention to your speech, your pride, your priorities, or an apology you’ve been postponing.</w:t>
      </w:r>
    </w:p>
    <w:p w14:paraId="4C906376" w14:textId="77777777" w:rsidR="005743BD" w:rsidRDefault="005B7A0E">
      <w:r>
        <w:t>You may have been expecting Him to begin with your spouse.</w:t>
      </w:r>
    </w:p>
    <w:p w14:paraId="5A4477FD" w14:textId="77777777" w:rsidR="005743BD" w:rsidRDefault="005B7A0E">
      <w:r>
        <w:t>I understand. It can be considerably easier to recognize what someone else needs to work on.</w:t>
      </w:r>
    </w:p>
    <w:p w14:paraId="0FBC01C0" w14:textId="77777777" w:rsidR="005743BD" w:rsidRDefault="005B7A0E">
      <w:r>
        <w:t>But if He’s dealing with your heart, give Him your attention. You won’t help your marriage by redirecting every correction toward the person sitting beside you.</w:t>
      </w:r>
    </w:p>
    <w:p w14:paraId="3A9BD840" w14:textId="77777777" w:rsidR="005743BD" w:rsidRDefault="005B7A0E">
      <w:r>
        <w:lastRenderedPageBreak/>
        <w:t>When both husband and wife are willing to be corrected by the Word, they have somewhere to return when they disagree. Their feelings may differ, their preferences may differ, and their understanding may need to grow, but they can seek God together and ask what obedience requires.</w:t>
      </w:r>
    </w:p>
    <w:p w14:paraId="07C3DD41" w14:textId="77777777" w:rsidR="005743BD" w:rsidRDefault="005B7A0E">
      <w:r>
        <w:t>That takes humility and maturity. Neither person gets to assume that their own opinion automatically represents God’s will. Read carefully, consider the context, and be willing to learn. If you’ve misunderstood something, acknowledge it.</w:t>
      </w:r>
    </w:p>
    <w:p w14:paraId="000BBD77" w14:textId="77777777" w:rsidR="005743BD" w:rsidRDefault="005B7A0E">
      <w:r>
        <w:t>There’s strength in being able to say, “I was wrong. Let’s look at this again.”</w:t>
      </w:r>
    </w:p>
    <w:p w14:paraId="5D703035" w14:textId="77777777" w:rsidR="005743BD" w:rsidRDefault="005B7A0E">
      <w:r>
        <w:t>A marriage with God at the center will still have difficult days. You’re two imperfect people learning to share a life while navigating a complex and difficult world. You may experience illness, grief, financial strain, disappointment, or seasons when the next step is hard to see. Shared faith doesn’t remove every hardship or make either spouse incapable of sin.</w:t>
      </w:r>
    </w:p>
    <w:p w14:paraId="33F64104" w14:textId="77777777" w:rsidR="005743BD" w:rsidRDefault="005B7A0E">
      <w:r>
        <w:t>It gives you direction for how to respond.</w:t>
      </w:r>
    </w:p>
    <w:p w14:paraId="0928FCD1" w14:textId="77777777" w:rsidR="005743BD" w:rsidRDefault="005B7A0E">
      <w:r>
        <w:t>You can pray before fear takes over the conversation. You can tell the truth when hiding something seems easier. You can repent when pride would rather defend the offense. You can ask for help when you don’t know what to do.</w:t>
      </w:r>
    </w:p>
    <w:p w14:paraId="0477808C" w14:textId="77777777" w:rsidR="005743BD" w:rsidRDefault="005B7A0E">
      <w:r>
        <w:t>And when one of you is struggling, the other can offer support without losing sight of their own need for God.</w:t>
      </w:r>
    </w:p>
    <w:p w14:paraId="778B2B2F" w14:textId="77777777" w:rsidR="005743BD" w:rsidRDefault="005B7A0E">
      <w:r>
        <w:t>Sometimes you’ll be the one giving encouragement. Sometimes you’ll need someone to remind you of what’s true. Learn to receive that care as willingly as you offer it.</w:t>
      </w:r>
    </w:p>
    <w:p w14:paraId="3104B059" w14:textId="77777777" w:rsidR="005743BD" w:rsidRDefault="005B7A0E">
      <w:r>
        <w:t xml:space="preserve">Keep seeking Him through the ordinary days too. A relationship with God needs attention when the bills are paid, everyone is healthy, and </w:t>
      </w:r>
      <w:r>
        <w:lastRenderedPageBreak/>
        <w:t>life feels manageable. Don’t wait until a crisis to discover that prayer and the Word have gradually disappeared from your daily life.</w:t>
      </w:r>
    </w:p>
    <w:p w14:paraId="1BEE0CFE" w14:textId="77777777" w:rsidR="005743BD" w:rsidRDefault="005B7A0E">
      <w:r>
        <w:t>Protect time to worship and gather with other believers. Honor His Sabbath. Make room for rest, fellowship, and learning. Let those things become part of how you order your life together.</w:t>
      </w:r>
    </w:p>
    <w:p w14:paraId="16752AC4" w14:textId="77777777" w:rsidR="005743BD" w:rsidRDefault="005B7A0E">
      <w:r>
        <w:t>You’ll have to make choices about your time. There will always be another task, another invitation, or something else asking for your attention. Consider what those choices are doing to your relationship with God and to your marriage.</w:t>
      </w:r>
    </w:p>
    <w:p w14:paraId="27F6676A" w14:textId="77777777" w:rsidR="005743BD" w:rsidRDefault="005B7A0E">
      <w:r>
        <w:t>Matthew 6:33 directs you to seek first the kingdom of God and His righteousness. Read that instruction in the setting of Jesus’ teaching about daily needs and worry. He calls you to trust your Father and give His kingdom priority rather than allowing anxiety over provision to govern your life.</w:t>
      </w:r>
    </w:p>
    <w:p w14:paraId="32EA088D" w14:textId="77777777" w:rsidR="005743BD" w:rsidRDefault="005B7A0E">
      <w:r>
        <w:t>That has a very practical place in marriage. Financial concerns, work demands, and plans for the future can consume your conversations. You need to address those responsibilities, but you can do so while seeking God’s direction and refusing to make fear the authority in your home.</w:t>
      </w:r>
    </w:p>
    <w:p w14:paraId="5756E828" w14:textId="77777777" w:rsidR="005743BD" w:rsidRDefault="005B7A0E">
      <w:r>
        <w:t>Bring your needs before Him. Ask for wisdom, do the work that belongs to you, and remain willing to follow His instruction.</w:t>
      </w:r>
    </w:p>
    <w:p w14:paraId="3C1525B1" w14:textId="77777777" w:rsidR="005743BD" w:rsidRDefault="005B7A0E">
      <w:r>
        <w:t>Your marriage also needs care that’s specific to the two of you. You can learn from another couple without expecting your life to look exactly like theirs. Their strengths, circumstances, and responsibilities may be different from yours.</w:t>
      </w:r>
    </w:p>
    <w:p w14:paraId="1253C501" w14:textId="77777777" w:rsidR="005743BD" w:rsidRDefault="005B7A0E">
      <w:r>
        <w:t>Let Scripture establish the standard. Then work together to apply it faithfully in the life you actually share.</w:t>
      </w:r>
    </w:p>
    <w:p w14:paraId="32B978B4" w14:textId="77777777" w:rsidR="005743BD" w:rsidRDefault="005B7A0E">
      <w:r>
        <w:t xml:space="preserve">There’s no benefit in creating an impressive appearance while neglecting what happens behind your own front door. God sees the </w:t>
      </w:r>
      <w:r>
        <w:lastRenderedPageBreak/>
        <w:t>private conversations, the hidden habits, the affection, the resentment, and the things you haven’t yet found the courage to say.</w:t>
      </w:r>
    </w:p>
    <w:p w14:paraId="105853DB" w14:textId="77777777" w:rsidR="005743BD" w:rsidRDefault="005B7A0E">
      <w:r>
        <w:t>Bring those things before Him honestly. Let Him show you where repentance, forgiveness, healing, or practical change is needed. A holy marriage requires that kind of truthfulness.</w:t>
      </w:r>
    </w:p>
    <w:p w14:paraId="2795B075" w14:textId="77777777" w:rsidR="005743BD" w:rsidRDefault="005B7A0E">
      <w:r>
        <w:t>You can’t make every choice for your spouse, and your obedience can’t replace theirs. You can, however, take responsibility for the place God has in your own life and invite your spouse to seek Him with you. Where that willingness is shared, nurture it. Don’t take it for granted.</w:t>
      </w:r>
    </w:p>
    <w:p w14:paraId="349F3F50" w14:textId="77777777" w:rsidR="005743BD" w:rsidRDefault="005B7A0E">
      <w:r>
        <w:t>Keep praying, keep learning, and keep putting the Word into practice. When you get something wrong, return to Him with a repentant heart and take the steps needed to make it right.</w:t>
      </w:r>
    </w:p>
    <w:p w14:paraId="5C4CAC7D" w14:textId="77777777" w:rsidR="005743BD" w:rsidRDefault="005B7A0E">
      <w:r>
        <w:t>The seven principles in this book will give you things to discuss and work on, but their purpose reaches beyond completing a study. They’re meant to help you build habits of love, faithfulness, humility, and obedience that continue long after you close these pages.</w:t>
      </w:r>
    </w:p>
    <w:p w14:paraId="04821BBE" w14:textId="77777777" w:rsidR="005743BD" w:rsidRDefault="005B7A0E">
      <w:r>
        <w:t>Let God have the first word in how you build your marriage. Give Him room to correct what needs correcting, strengthen what’s weak, and teach you what you haven’t yet learned.</w:t>
      </w:r>
    </w:p>
    <w:p w14:paraId="0E6F03D2" w14:textId="77777777" w:rsidR="005743BD" w:rsidRDefault="005B7A0E">
      <w:r>
        <w:t>Then follow where He leads.</w:t>
      </w:r>
    </w:p>
    <w:p w14:paraId="53F240D1" w14:textId="77777777" w:rsidR="005743BD" w:rsidRDefault="005B7A0E">
      <w:r>
        <w:br w:type="page"/>
      </w:r>
    </w:p>
    <w:p w14:paraId="0FAD6E3E" w14:textId="77777777" w:rsidR="005743BD" w:rsidRDefault="005B7A0E">
      <w:pPr>
        <w:pStyle w:val="Heading2"/>
        <w:spacing w:after="240"/>
      </w:pPr>
      <w:r>
        <w:lastRenderedPageBreak/>
        <w:t>Reflection</w:t>
      </w:r>
    </w:p>
    <w:p w14:paraId="0B6AEB9C" w14:textId="77777777" w:rsidR="005743BD" w:rsidRDefault="005B7A0E">
      <w:pPr>
        <w:pStyle w:val="Heading3"/>
        <w:spacing w:after="100"/>
      </w:pPr>
      <w:r>
        <w:t>Scripture for Study</w:t>
      </w:r>
    </w:p>
    <w:p w14:paraId="1FDD8429" w14:textId="77777777" w:rsidR="005743BD" w:rsidRDefault="005B7A0E">
      <w:pPr>
        <w:spacing w:after="400"/>
      </w:pPr>
      <w:r>
        <w:rPr>
          <w:sz w:val="22"/>
        </w:rPr>
        <w:t>Deuteronomy 6:4–9   •   Matthew 6:19–34   •   Psalm 127:1–2   •   Ecclesiastes 4:9–12</w:t>
      </w:r>
    </w:p>
    <w:p w14:paraId="1023CD1F" w14:textId="77777777" w:rsidR="005743BD" w:rsidRDefault="005B7A0E">
      <w:pPr>
        <w:keepNext/>
      </w:pPr>
      <w:r>
        <w:t>1. Look honestly at your priorities. What receives the best of your time, attention, and obedience? Is there something you’ve allowed to take a place in your life that belongs to God?</w:t>
      </w:r>
    </w:p>
    <w:p w14:paraId="4880E8E4" w14:textId="77777777" w:rsidR="005743BD" w:rsidRDefault="005B7A0E">
      <w:pPr>
        <w:pBdr>
          <w:bottom w:val="single" w:sz="3" w:space="0" w:color="B8B8B8"/>
          <w:between w:val="single" w:sz="3" w:space="0" w:color="B8B8B8"/>
        </w:pBdr>
        <w:spacing w:after="0" w:line="440" w:lineRule="exact"/>
      </w:pPr>
      <w:r>
        <w:rPr>
          <w:sz w:val="2"/>
        </w:rPr>
        <w:t xml:space="preserve"> </w:t>
      </w:r>
    </w:p>
    <w:p w14:paraId="14734960" w14:textId="77777777" w:rsidR="005743BD" w:rsidRDefault="005B7A0E">
      <w:pPr>
        <w:pBdr>
          <w:bottom w:val="single" w:sz="3" w:space="0" w:color="B8B8B8"/>
          <w:between w:val="single" w:sz="3" w:space="0" w:color="B8B8B8"/>
        </w:pBdr>
        <w:spacing w:after="0" w:line="440" w:lineRule="exact"/>
      </w:pPr>
      <w:r>
        <w:rPr>
          <w:sz w:val="2"/>
        </w:rPr>
        <w:t xml:space="preserve"> </w:t>
      </w:r>
    </w:p>
    <w:p w14:paraId="25D2937C" w14:textId="77777777" w:rsidR="005743BD" w:rsidRDefault="005B7A0E">
      <w:pPr>
        <w:pBdr>
          <w:bottom w:val="single" w:sz="3" w:space="0" w:color="B8B8B8"/>
          <w:between w:val="single" w:sz="3" w:space="0" w:color="B8B8B8"/>
        </w:pBdr>
        <w:spacing w:after="0" w:line="440" w:lineRule="exact"/>
      </w:pPr>
      <w:r>
        <w:rPr>
          <w:sz w:val="2"/>
        </w:rPr>
        <w:t xml:space="preserve"> </w:t>
      </w:r>
    </w:p>
    <w:p w14:paraId="1A70CAF3" w14:textId="77777777" w:rsidR="005743BD" w:rsidRDefault="005B7A0E">
      <w:pPr>
        <w:pBdr>
          <w:bottom w:val="single" w:sz="3" w:space="0" w:color="B8B8B8"/>
          <w:between w:val="single" w:sz="3" w:space="0" w:color="B8B8B8"/>
        </w:pBdr>
        <w:spacing w:after="0" w:line="440" w:lineRule="exact"/>
      </w:pPr>
      <w:r>
        <w:rPr>
          <w:sz w:val="2"/>
        </w:rPr>
        <w:t xml:space="preserve"> </w:t>
      </w:r>
    </w:p>
    <w:p w14:paraId="74268A04" w14:textId="77777777" w:rsidR="005743BD" w:rsidRDefault="005B7A0E">
      <w:pPr>
        <w:pBdr>
          <w:bottom w:val="single" w:sz="3" w:space="0" w:color="B8B8B8"/>
          <w:between w:val="single" w:sz="3" w:space="0" w:color="B8B8B8"/>
        </w:pBdr>
        <w:spacing w:after="0" w:line="440" w:lineRule="exact"/>
      </w:pPr>
      <w:r>
        <w:rPr>
          <w:sz w:val="2"/>
        </w:rPr>
        <w:t xml:space="preserve"> </w:t>
      </w:r>
    </w:p>
    <w:p w14:paraId="0589AF12" w14:textId="77777777" w:rsidR="005743BD" w:rsidRDefault="005743BD">
      <w:pPr>
        <w:spacing w:after="0" w:line="240" w:lineRule="exact"/>
      </w:pPr>
    </w:p>
    <w:p w14:paraId="0E0E0382" w14:textId="77777777" w:rsidR="005743BD" w:rsidRDefault="005B7A0E">
      <w:pPr>
        <w:keepNext/>
      </w:pPr>
      <w:r>
        <w:t>2. Read Psalm 127:1–2 and Matthew 6:19–34. Where have worry, self-reliance, or the pursuit of security been shaping your decisions as a couple? What would seeking God first look like in that area?</w:t>
      </w:r>
    </w:p>
    <w:p w14:paraId="4AA94E05" w14:textId="77777777" w:rsidR="005743BD" w:rsidRDefault="005B7A0E">
      <w:pPr>
        <w:pBdr>
          <w:bottom w:val="single" w:sz="3" w:space="0" w:color="B8B8B8"/>
          <w:between w:val="single" w:sz="3" w:space="0" w:color="B8B8B8"/>
        </w:pBdr>
        <w:spacing w:after="0" w:line="440" w:lineRule="exact"/>
      </w:pPr>
      <w:r>
        <w:rPr>
          <w:sz w:val="2"/>
        </w:rPr>
        <w:t xml:space="preserve"> </w:t>
      </w:r>
    </w:p>
    <w:p w14:paraId="5C22EDB5" w14:textId="77777777" w:rsidR="005743BD" w:rsidRDefault="005B7A0E">
      <w:pPr>
        <w:pBdr>
          <w:bottom w:val="single" w:sz="3" w:space="0" w:color="B8B8B8"/>
          <w:between w:val="single" w:sz="3" w:space="0" w:color="B8B8B8"/>
        </w:pBdr>
        <w:spacing w:after="0" w:line="440" w:lineRule="exact"/>
      </w:pPr>
      <w:r>
        <w:rPr>
          <w:sz w:val="2"/>
        </w:rPr>
        <w:t xml:space="preserve"> </w:t>
      </w:r>
    </w:p>
    <w:p w14:paraId="43061511" w14:textId="77777777" w:rsidR="005743BD" w:rsidRDefault="005B7A0E">
      <w:pPr>
        <w:pBdr>
          <w:bottom w:val="single" w:sz="3" w:space="0" w:color="B8B8B8"/>
          <w:between w:val="single" w:sz="3" w:space="0" w:color="B8B8B8"/>
        </w:pBdr>
        <w:spacing w:after="0" w:line="440" w:lineRule="exact"/>
      </w:pPr>
      <w:r>
        <w:rPr>
          <w:sz w:val="2"/>
        </w:rPr>
        <w:t xml:space="preserve"> </w:t>
      </w:r>
    </w:p>
    <w:p w14:paraId="5B62FE9F" w14:textId="77777777" w:rsidR="005743BD" w:rsidRDefault="005B7A0E">
      <w:pPr>
        <w:pBdr>
          <w:bottom w:val="single" w:sz="3" w:space="0" w:color="B8B8B8"/>
          <w:between w:val="single" w:sz="3" w:space="0" w:color="B8B8B8"/>
        </w:pBdr>
        <w:spacing w:after="0" w:line="440" w:lineRule="exact"/>
      </w:pPr>
      <w:r>
        <w:rPr>
          <w:sz w:val="2"/>
        </w:rPr>
        <w:t xml:space="preserve"> </w:t>
      </w:r>
    </w:p>
    <w:p w14:paraId="7FCF049B" w14:textId="77777777" w:rsidR="005743BD" w:rsidRDefault="005B7A0E">
      <w:pPr>
        <w:pBdr>
          <w:bottom w:val="single" w:sz="3" w:space="0" w:color="B8B8B8"/>
          <w:between w:val="single" w:sz="3" w:space="0" w:color="B8B8B8"/>
        </w:pBdr>
        <w:spacing w:after="0" w:line="440" w:lineRule="exact"/>
      </w:pPr>
      <w:r>
        <w:rPr>
          <w:sz w:val="2"/>
        </w:rPr>
        <w:t xml:space="preserve"> </w:t>
      </w:r>
    </w:p>
    <w:p w14:paraId="43F0AF43" w14:textId="77777777" w:rsidR="005743BD" w:rsidRDefault="005743BD">
      <w:pPr>
        <w:spacing w:after="0" w:line="240" w:lineRule="exact"/>
      </w:pPr>
    </w:p>
    <w:p w14:paraId="0380680C" w14:textId="77777777" w:rsidR="005743BD" w:rsidRDefault="005B7A0E">
      <w:r>
        <w:br w:type="page"/>
      </w:r>
    </w:p>
    <w:p w14:paraId="70244B81" w14:textId="7D94259F" w:rsidR="005743BD" w:rsidRDefault="005B7A0E">
      <w:pPr>
        <w:pStyle w:val="Heading2"/>
        <w:spacing w:after="240"/>
      </w:pPr>
      <w:r>
        <w:lastRenderedPageBreak/>
        <w:t xml:space="preserve">Reflection </w:t>
      </w:r>
    </w:p>
    <w:p w14:paraId="3B718814" w14:textId="77777777" w:rsidR="005743BD" w:rsidRDefault="005B7A0E">
      <w:pPr>
        <w:spacing w:after="400"/>
      </w:pPr>
      <w:r>
        <w:rPr>
          <w:i/>
          <w:sz w:val="22"/>
        </w:rPr>
        <w:t>Take your time. Pray, reflect, and write.</w:t>
      </w:r>
    </w:p>
    <w:p w14:paraId="0D7E369E" w14:textId="77777777" w:rsidR="005743BD" w:rsidRDefault="005B7A0E">
      <w:pPr>
        <w:keepNext/>
      </w:pPr>
      <w:r>
        <w:t>3. Is there something God has already shown you that you have delayed acting on? Identify one practical step of obedience you can take today.</w:t>
      </w:r>
    </w:p>
    <w:p w14:paraId="3E020C96" w14:textId="77777777" w:rsidR="005743BD" w:rsidRDefault="005B7A0E">
      <w:pPr>
        <w:pBdr>
          <w:bottom w:val="single" w:sz="3" w:space="0" w:color="B8B8B8"/>
          <w:between w:val="single" w:sz="3" w:space="0" w:color="B8B8B8"/>
        </w:pBdr>
        <w:spacing w:after="0" w:line="440" w:lineRule="exact"/>
      </w:pPr>
      <w:r>
        <w:rPr>
          <w:sz w:val="2"/>
        </w:rPr>
        <w:t xml:space="preserve"> </w:t>
      </w:r>
    </w:p>
    <w:p w14:paraId="6FA9B161" w14:textId="77777777" w:rsidR="005743BD" w:rsidRDefault="005B7A0E">
      <w:pPr>
        <w:pBdr>
          <w:bottom w:val="single" w:sz="3" w:space="0" w:color="B8B8B8"/>
          <w:between w:val="single" w:sz="3" w:space="0" w:color="B8B8B8"/>
        </w:pBdr>
        <w:spacing w:after="0" w:line="440" w:lineRule="exact"/>
      </w:pPr>
      <w:r>
        <w:rPr>
          <w:sz w:val="2"/>
        </w:rPr>
        <w:t xml:space="preserve"> </w:t>
      </w:r>
    </w:p>
    <w:p w14:paraId="5C06BCBD" w14:textId="77777777" w:rsidR="005743BD" w:rsidRDefault="005B7A0E">
      <w:pPr>
        <w:pBdr>
          <w:bottom w:val="single" w:sz="3" w:space="0" w:color="B8B8B8"/>
          <w:between w:val="single" w:sz="3" w:space="0" w:color="B8B8B8"/>
        </w:pBdr>
        <w:spacing w:after="0" w:line="440" w:lineRule="exact"/>
      </w:pPr>
      <w:r>
        <w:rPr>
          <w:sz w:val="2"/>
        </w:rPr>
        <w:t xml:space="preserve"> </w:t>
      </w:r>
    </w:p>
    <w:p w14:paraId="09838B16" w14:textId="77777777" w:rsidR="005743BD" w:rsidRDefault="005B7A0E">
      <w:pPr>
        <w:pBdr>
          <w:bottom w:val="single" w:sz="3" w:space="0" w:color="B8B8B8"/>
          <w:between w:val="single" w:sz="3" w:space="0" w:color="B8B8B8"/>
        </w:pBdr>
        <w:spacing w:after="0" w:line="440" w:lineRule="exact"/>
      </w:pPr>
      <w:r>
        <w:rPr>
          <w:sz w:val="2"/>
        </w:rPr>
        <w:t xml:space="preserve"> </w:t>
      </w:r>
    </w:p>
    <w:p w14:paraId="167B781A" w14:textId="77777777" w:rsidR="005743BD" w:rsidRDefault="005B7A0E">
      <w:pPr>
        <w:pBdr>
          <w:bottom w:val="single" w:sz="3" w:space="0" w:color="B8B8B8"/>
          <w:between w:val="single" w:sz="3" w:space="0" w:color="B8B8B8"/>
        </w:pBdr>
        <w:spacing w:after="0" w:line="440" w:lineRule="exact"/>
      </w:pPr>
      <w:r>
        <w:rPr>
          <w:sz w:val="2"/>
        </w:rPr>
        <w:t xml:space="preserve"> </w:t>
      </w:r>
    </w:p>
    <w:p w14:paraId="19BB3E43" w14:textId="77777777" w:rsidR="005743BD" w:rsidRDefault="005B7A0E">
      <w:pPr>
        <w:pBdr>
          <w:bottom w:val="single" w:sz="3" w:space="0" w:color="B8B8B8"/>
          <w:between w:val="single" w:sz="3" w:space="0" w:color="B8B8B8"/>
        </w:pBdr>
        <w:spacing w:after="0" w:line="440" w:lineRule="exact"/>
      </w:pPr>
      <w:r>
        <w:rPr>
          <w:sz w:val="2"/>
        </w:rPr>
        <w:t xml:space="preserve"> </w:t>
      </w:r>
    </w:p>
    <w:p w14:paraId="3F504863" w14:textId="77777777" w:rsidR="005743BD" w:rsidRDefault="005743BD">
      <w:pPr>
        <w:spacing w:after="0" w:line="240" w:lineRule="exact"/>
      </w:pPr>
    </w:p>
    <w:p w14:paraId="05F5D2B6" w14:textId="77777777" w:rsidR="005743BD" w:rsidRDefault="005B7A0E">
      <w:pPr>
        <w:keepNext/>
      </w:pPr>
      <w:r>
        <w:t>4. What’s one thing that you admire about your spouse?</w:t>
      </w:r>
    </w:p>
    <w:p w14:paraId="42A1544D" w14:textId="77777777" w:rsidR="005743BD" w:rsidRDefault="005B7A0E">
      <w:pPr>
        <w:pBdr>
          <w:bottom w:val="single" w:sz="3" w:space="0" w:color="B8B8B8"/>
          <w:between w:val="single" w:sz="3" w:space="0" w:color="B8B8B8"/>
        </w:pBdr>
        <w:spacing w:after="0" w:line="440" w:lineRule="exact"/>
      </w:pPr>
      <w:r>
        <w:rPr>
          <w:sz w:val="2"/>
        </w:rPr>
        <w:t xml:space="preserve"> </w:t>
      </w:r>
    </w:p>
    <w:p w14:paraId="422BF30D" w14:textId="77777777" w:rsidR="005743BD" w:rsidRDefault="005B7A0E">
      <w:pPr>
        <w:pBdr>
          <w:bottom w:val="single" w:sz="3" w:space="0" w:color="B8B8B8"/>
          <w:between w:val="single" w:sz="3" w:space="0" w:color="B8B8B8"/>
        </w:pBdr>
        <w:spacing w:after="0" w:line="440" w:lineRule="exact"/>
      </w:pPr>
      <w:r>
        <w:rPr>
          <w:sz w:val="2"/>
        </w:rPr>
        <w:t xml:space="preserve"> </w:t>
      </w:r>
    </w:p>
    <w:p w14:paraId="2B1814D6" w14:textId="77777777" w:rsidR="005743BD" w:rsidRDefault="005B7A0E">
      <w:pPr>
        <w:pBdr>
          <w:bottom w:val="single" w:sz="3" w:space="0" w:color="B8B8B8"/>
          <w:between w:val="single" w:sz="3" w:space="0" w:color="B8B8B8"/>
        </w:pBdr>
        <w:spacing w:after="0" w:line="440" w:lineRule="exact"/>
      </w:pPr>
      <w:r>
        <w:rPr>
          <w:sz w:val="2"/>
        </w:rPr>
        <w:t xml:space="preserve"> </w:t>
      </w:r>
    </w:p>
    <w:p w14:paraId="55E42AC9" w14:textId="77777777" w:rsidR="005743BD" w:rsidRDefault="005B7A0E">
      <w:pPr>
        <w:pBdr>
          <w:bottom w:val="single" w:sz="3" w:space="0" w:color="B8B8B8"/>
          <w:between w:val="single" w:sz="3" w:space="0" w:color="B8B8B8"/>
        </w:pBdr>
        <w:spacing w:after="0" w:line="440" w:lineRule="exact"/>
      </w:pPr>
      <w:r>
        <w:rPr>
          <w:sz w:val="2"/>
        </w:rPr>
        <w:t xml:space="preserve"> </w:t>
      </w:r>
    </w:p>
    <w:p w14:paraId="2D4A4114" w14:textId="77777777" w:rsidR="005743BD" w:rsidRDefault="005B7A0E">
      <w:pPr>
        <w:pBdr>
          <w:bottom w:val="single" w:sz="3" w:space="0" w:color="B8B8B8"/>
          <w:between w:val="single" w:sz="3" w:space="0" w:color="B8B8B8"/>
        </w:pBdr>
        <w:spacing w:after="0" w:line="440" w:lineRule="exact"/>
      </w:pPr>
      <w:r>
        <w:rPr>
          <w:sz w:val="2"/>
        </w:rPr>
        <w:t xml:space="preserve"> </w:t>
      </w:r>
    </w:p>
    <w:p w14:paraId="14AF70DD" w14:textId="77777777" w:rsidR="005743BD" w:rsidRDefault="005B7A0E">
      <w:pPr>
        <w:pBdr>
          <w:bottom w:val="single" w:sz="3" w:space="0" w:color="B8B8B8"/>
          <w:between w:val="single" w:sz="3" w:space="0" w:color="B8B8B8"/>
        </w:pBdr>
        <w:spacing w:after="0" w:line="440" w:lineRule="exact"/>
      </w:pPr>
      <w:r>
        <w:rPr>
          <w:sz w:val="2"/>
        </w:rPr>
        <w:t xml:space="preserve"> </w:t>
      </w:r>
    </w:p>
    <w:p w14:paraId="29898489" w14:textId="77777777" w:rsidR="005743BD" w:rsidRDefault="005743BD">
      <w:pPr>
        <w:spacing w:after="0" w:line="240" w:lineRule="exact"/>
      </w:pPr>
    </w:p>
    <w:p w14:paraId="1BAE42BB" w14:textId="77777777" w:rsidR="005743BD" w:rsidRDefault="005B7A0E">
      <w:r>
        <w:br w:type="page"/>
      </w:r>
    </w:p>
    <w:p w14:paraId="0742B3F0" w14:textId="3774511A" w:rsidR="005743BD" w:rsidRDefault="005B7A0E">
      <w:pPr>
        <w:pStyle w:val="Heading2"/>
        <w:spacing w:after="240"/>
      </w:pPr>
      <w:r>
        <w:lastRenderedPageBreak/>
        <w:t xml:space="preserve">Reflection </w:t>
      </w:r>
    </w:p>
    <w:p w14:paraId="24FDB3EA" w14:textId="77777777" w:rsidR="005743BD" w:rsidRDefault="005B7A0E">
      <w:pPr>
        <w:spacing w:after="400"/>
      </w:pPr>
      <w:r>
        <w:rPr>
          <w:i/>
          <w:sz w:val="22"/>
        </w:rPr>
        <w:t>Take your time. Pray, reflect, and write.</w:t>
      </w:r>
    </w:p>
    <w:p w14:paraId="33EBD48D" w14:textId="77777777" w:rsidR="005743BD" w:rsidRDefault="005B7A0E">
      <w:pPr>
        <w:keepNext/>
      </w:pPr>
      <w:r>
        <w:t>5. What’s one way that your spouse blesses you or has blessed you?</w:t>
      </w:r>
    </w:p>
    <w:p w14:paraId="7945F611" w14:textId="77777777" w:rsidR="005743BD" w:rsidRDefault="005B7A0E">
      <w:pPr>
        <w:pBdr>
          <w:bottom w:val="single" w:sz="3" w:space="0" w:color="B8B8B8"/>
          <w:between w:val="single" w:sz="3" w:space="0" w:color="B8B8B8"/>
        </w:pBdr>
        <w:spacing w:after="0" w:line="440" w:lineRule="exact"/>
      </w:pPr>
      <w:r>
        <w:rPr>
          <w:sz w:val="2"/>
        </w:rPr>
        <w:t xml:space="preserve"> </w:t>
      </w:r>
    </w:p>
    <w:p w14:paraId="0BFDEA02" w14:textId="77777777" w:rsidR="005743BD" w:rsidRDefault="005B7A0E">
      <w:pPr>
        <w:pBdr>
          <w:bottom w:val="single" w:sz="3" w:space="0" w:color="B8B8B8"/>
          <w:between w:val="single" w:sz="3" w:space="0" w:color="B8B8B8"/>
        </w:pBdr>
        <w:spacing w:after="0" w:line="440" w:lineRule="exact"/>
      </w:pPr>
      <w:r>
        <w:rPr>
          <w:sz w:val="2"/>
        </w:rPr>
        <w:t xml:space="preserve"> </w:t>
      </w:r>
    </w:p>
    <w:p w14:paraId="2706FDB5" w14:textId="77777777" w:rsidR="005743BD" w:rsidRDefault="005B7A0E">
      <w:pPr>
        <w:pBdr>
          <w:bottom w:val="single" w:sz="3" w:space="0" w:color="B8B8B8"/>
          <w:between w:val="single" w:sz="3" w:space="0" w:color="B8B8B8"/>
        </w:pBdr>
        <w:spacing w:after="0" w:line="440" w:lineRule="exact"/>
      </w:pPr>
      <w:r>
        <w:rPr>
          <w:sz w:val="2"/>
        </w:rPr>
        <w:t xml:space="preserve"> </w:t>
      </w:r>
    </w:p>
    <w:p w14:paraId="523FDE52" w14:textId="77777777" w:rsidR="005743BD" w:rsidRDefault="005B7A0E">
      <w:pPr>
        <w:pBdr>
          <w:bottom w:val="single" w:sz="3" w:space="0" w:color="B8B8B8"/>
          <w:between w:val="single" w:sz="3" w:space="0" w:color="B8B8B8"/>
        </w:pBdr>
        <w:spacing w:after="0" w:line="440" w:lineRule="exact"/>
      </w:pPr>
      <w:r>
        <w:rPr>
          <w:sz w:val="2"/>
        </w:rPr>
        <w:t xml:space="preserve"> </w:t>
      </w:r>
    </w:p>
    <w:p w14:paraId="7740DA42" w14:textId="77777777" w:rsidR="005743BD" w:rsidRDefault="005B7A0E">
      <w:pPr>
        <w:pBdr>
          <w:bottom w:val="single" w:sz="3" w:space="0" w:color="B8B8B8"/>
          <w:between w:val="single" w:sz="3" w:space="0" w:color="B8B8B8"/>
        </w:pBdr>
        <w:spacing w:after="0" w:line="440" w:lineRule="exact"/>
      </w:pPr>
      <w:r>
        <w:rPr>
          <w:sz w:val="2"/>
        </w:rPr>
        <w:t xml:space="preserve"> </w:t>
      </w:r>
    </w:p>
    <w:p w14:paraId="0E021A74" w14:textId="77777777" w:rsidR="005743BD" w:rsidRDefault="005B7A0E">
      <w:pPr>
        <w:pBdr>
          <w:bottom w:val="single" w:sz="3" w:space="0" w:color="B8B8B8"/>
          <w:between w:val="single" w:sz="3" w:space="0" w:color="B8B8B8"/>
        </w:pBdr>
        <w:spacing w:after="0" w:line="440" w:lineRule="exact"/>
      </w:pPr>
      <w:r>
        <w:rPr>
          <w:sz w:val="2"/>
        </w:rPr>
        <w:t xml:space="preserve"> </w:t>
      </w:r>
    </w:p>
    <w:p w14:paraId="01BD8D04" w14:textId="77777777" w:rsidR="005743BD" w:rsidRDefault="005743BD">
      <w:pPr>
        <w:spacing w:after="0" w:line="240" w:lineRule="exact"/>
      </w:pPr>
    </w:p>
    <w:p w14:paraId="5FD780C2" w14:textId="77777777" w:rsidR="005743BD" w:rsidRDefault="005B7A0E">
      <w:pPr>
        <w:keepNext/>
      </w:pPr>
      <w:r>
        <w:t>6. What’s one thing that you can commit to today to make your marriage better or stronger?</w:t>
      </w:r>
    </w:p>
    <w:p w14:paraId="6973760E" w14:textId="77777777" w:rsidR="005743BD" w:rsidRDefault="005B7A0E">
      <w:pPr>
        <w:pBdr>
          <w:bottom w:val="single" w:sz="3" w:space="0" w:color="B8B8B8"/>
          <w:between w:val="single" w:sz="3" w:space="0" w:color="B8B8B8"/>
        </w:pBdr>
        <w:spacing w:after="0" w:line="440" w:lineRule="exact"/>
      </w:pPr>
      <w:r>
        <w:rPr>
          <w:sz w:val="2"/>
        </w:rPr>
        <w:t xml:space="preserve"> </w:t>
      </w:r>
    </w:p>
    <w:p w14:paraId="0D84F74B" w14:textId="77777777" w:rsidR="005743BD" w:rsidRDefault="005B7A0E">
      <w:pPr>
        <w:pBdr>
          <w:bottom w:val="single" w:sz="3" w:space="0" w:color="B8B8B8"/>
          <w:between w:val="single" w:sz="3" w:space="0" w:color="B8B8B8"/>
        </w:pBdr>
        <w:spacing w:after="0" w:line="440" w:lineRule="exact"/>
      </w:pPr>
      <w:r>
        <w:rPr>
          <w:sz w:val="2"/>
        </w:rPr>
        <w:t xml:space="preserve"> </w:t>
      </w:r>
    </w:p>
    <w:p w14:paraId="410FA38E" w14:textId="77777777" w:rsidR="005743BD" w:rsidRDefault="005B7A0E">
      <w:pPr>
        <w:pBdr>
          <w:bottom w:val="single" w:sz="3" w:space="0" w:color="B8B8B8"/>
          <w:between w:val="single" w:sz="3" w:space="0" w:color="B8B8B8"/>
        </w:pBdr>
        <w:spacing w:after="0" w:line="440" w:lineRule="exact"/>
      </w:pPr>
      <w:r>
        <w:rPr>
          <w:sz w:val="2"/>
        </w:rPr>
        <w:t xml:space="preserve"> </w:t>
      </w:r>
    </w:p>
    <w:p w14:paraId="100257FB" w14:textId="77777777" w:rsidR="005743BD" w:rsidRDefault="005B7A0E">
      <w:pPr>
        <w:pBdr>
          <w:bottom w:val="single" w:sz="3" w:space="0" w:color="B8B8B8"/>
          <w:between w:val="single" w:sz="3" w:space="0" w:color="B8B8B8"/>
        </w:pBdr>
        <w:spacing w:after="0" w:line="440" w:lineRule="exact"/>
      </w:pPr>
      <w:r>
        <w:rPr>
          <w:sz w:val="2"/>
        </w:rPr>
        <w:t xml:space="preserve"> </w:t>
      </w:r>
    </w:p>
    <w:p w14:paraId="44F5E00C" w14:textId="77777777" w:rsidR="005743BD" w:rsidRDefault="005B7A0E">
      <w:pPr>
        <w:pBdr>
          <w:bottom w:val="single" w:sz="3" w:space="0" w:color="B8B8B8"/>
          <w:between w:val="single" w:sz="3" w:space="0" w:color="B8B8B8"/>
        </w:pBdr>
        <w:spacing w:after="0" w:line="440" w:lineRule="exact"/>
      </w:pPr>
      <w:r>
        <w:rPr>
          <w:sz w:val="2"/>
        </w:rPr>
        <w:t xml:space="preserve"> </w:t>
      </w:r>
    </w:p>
    <w:p w14:paraId="27A0F81D" w14:textId="77777777" w:rsidR="005743BD" w:rsidRDefault="005B7A0E">
      <w:pPr>
        <w:pBdr>
          <w:bottom w:val="single" w:sz="3" w:space="0" w:color="B8B8B8"/>
          <w:between w:val="single" w:sz="3" w:space="0" w:color="B8B8B8"/>
        </w:pBdr>
        <w:spacing w:after="0" w:line="440" w:lineRule="exact"/>
      </w:pPr>
      <w:r>
        <w:rPr>
          <w:sz w:val="2"/>
        </w:rPr>
        <w:t xml:space="preserve"> </w:t>
      </w:r>
    </w:p>
    <w:p w14:paraId="655B3C83" w14:textId="77777777" w:rsidR="005743BD" w:rsidRDefault="005743BD">
      <w:pPr>
        <w:spacing w:after="0" w:line="240" w:lineRule="exact"/>
      </w:pPr>
    </w:p>
    <w:p w14:paraId="782D4E78" w14:textId="77777777" w:rsidR="005743BD" w:rsidRDefault="005743BD">
      <w:pPr>
        <w:sectPr w:rsidR="005743BD">
          <w:footerReference w:type="default" r:id="rId17"/>
          <w:type w:val="oddPage"/>
          <w:pgSz w:w="10080" w:h="14400"/>
          <w:pgMar w:top="1152" w:right="1152" w:bottom="1152" w:left="1296" w:header="504" w:footer="504" w:gutter="0"/>
          <w:cols w:space="720"/>
          <w:docGrid w:linePitch="360"/>
        </w:sectPr>
      </w:pPr>
    </w:p>
    <w:p w14:paraId="46E3EFF7" w14:textId="260FD75E" w:rsidR="00C3140B" w:rsidRDefault="00C3140B">
      <w:pPr>
        <w:spacing w:after="200"/>
        <w:rPr>
          <w:rFonts w:cstheme="majorBidi"/>
          <w:b/>
          <w:bCs/>
          <w:sz w:val="42"/>
          <w:szCs w:val="28"/>
        </w:rPr>
      </w:pPr>
    </w:p>
    <w:p w14:paraId="25749755" w14:textId="77777777" w:rsidR="00C3140B" w:rsidRDefault="00C3140B">
      <w:pPr>
        <w:pStyle w:val="Heading1"/>
      </w:pPr>
    </w:p>
    <w:p w14:paraId="6211504B" w14:textId="77777777" w:rsidR="00C3140B" w:rsidRDefault="00C3140B">
      <w:pPr>
        <w:pStyle w:val="Heading1"/>
      </w:pPr>
    </w:p>
    <w:p w14:paraId="0112A3F1" w14:textId="77777777" w:rsidR="00C3140B" w:rsidRDefault="00C3140B">
      <w:pPr>
        <w:pStyle w:val="Heading1"/>
      </w:pPr>
    </w:p>
    <w:p w14:paraId="7D284C79" w14:textId="4D423C5D" w:rsidR="005743BD" w:rsidRDefault="005B7A0E">
      <w:pPr>
        <w:pStyle w:val="Heading1"/>
      </w:pPr>
      <w:r>
        <w:t>Conclusion</w:t>
      </w:r>
    </w:p>
    <w:p w14:paraId="0E0AB9F7" w14:textId="77777777" w:rsidR="005743BD" w:rsidRDefault="005B7A0E">
      <w:pPr>
        <w:spacing w:after="120" w:line="259" w:lineRule="auto"/>
      </w:pPr>
      <w:r>
        <w:rPr>
          <w:sz w:val="25"/>
        </w:rPr>
        <w:t>Marriage takes work. Even when you love each other deeply, there are things to learn, habits to change, and days when you need to stop and remember what you’re building together. Applying the Word gives you direction for that work. It helps you recognize what needs attention and how to respond in a way that honors God.</w:t>
      </w:r>
    </w:p>
    <w:p w14:paraId="4C8D03E2" w14:textId="77777777" w:rsidR="005743BD" w:rsidRDefault="005B7A0E">
      <w:pPr>
        <w:spacing w:after="120" w:line="259" w:lineRule="auto"/>
      </w:pPr>
      <w:r>
        <w:rPr>
          <w:sz w:val="25"/>
        </w:rPr>
        <w:t>You’ve worked through seven principles, but you don’t have to tackle every concern in your marriage by tomorrow morning. Start with what God has brought to your attention. Maybe there’s an apology you need to make, a conversation you’ve been avoiding, or something your spouse has asked you to hear more than once. Give that your attention, and follow through.</w:t>
      </w:r>
    </w:p>
    <w:p w14:paraId="58DAD60F" w14:textId="77777777" w:rsidR="005743BD" w:rsidRDefault="005B7A0E">
      <w:pPr>
        <w:spacing w:after="120" w:line="259" w:lineRule="auto"/>
      </w:pPr>
      <w:r>
        <w:rPr>
          <w:sz w:val="25"/>
        </w:rPr>
        <w:t>Don’t be afraid to make the first move. You can begin a difficult conversation with kindness, offer affection, or acknowledge where you’ve been wrong without waiting for your spouse to go first. You’re responsible for your part, and your willingness to obey God matters.</w:t>
      </w:r>
    </w:p>
    <w:p w14:paraId="5E52D8EF" w14:textId="77777777" w:rsidR="005743BD" w:rsidRDefault="005B7A0E">
      <w:pPr>
        <w:spacing w:after="120" w:line="259" w:lineRule="auto"/>
      </w:pPr>
      <w:r>
        <w:rPr>
          <w:sz w:val="25"/>
        </w:rPr>
        <w:t>Keep pride and arrogance from becoming comfortable in your home. They’ll give you plenty of reasons to defend yourself while your marriage suffers. Humility allows you to listen, receive correction, and admit that you still have something to learn. Those are strengths worth developing.</w:t>
      </w:r>
    </w:p>
    <w:p w14:paraId="2B5940B6" w14:textId="77777777" w:rsidR="005743BD" w:rsidRDefault="005B7A0E">
      <w:pPr>
        <w:spacing w:after="120" w:line="259" w:lineRule="auto"/>
      </w:pPr>
      <w:r>
        <w:rPr>
          <w:sz w:val="25"/>
        </w:rPr>
        <w:t>And remember the illustration my husband shares: “Love isn’t about what you’re willing to give; it’s about what you’re willing to give up.”</w:t>
      </w:r>
    </w:p>
    <w:p w14:paraId="1A145193" w14:textId="77777777" w:rsidR="005743BD" w:rsidRDefault="005B7A0E">
      <w:pPr>
        <w:spacing w:after="120" w:line="259" w:lineRule="auto"/>
      </w:pPr>
      <w:r>
        <w:rPr>
          <w:sz w:val="25"/>
        </w:rPr>
        <w:lastRenderedPageBreak/>
        <w:t>There will be times when love asks you to surrender a preference, an excuse, or the last word. There will also be times when love requires an honest conversation and a willingness to address something that’s hurting your marriage. Let Scripture guide you, and care enough about each other to put what you learn into practice.</w:t>
      </w:r>
    </w:p>
    <w:p w14:paraId="188A2482" w14:textId="77777777" w:rsidR="005743BD" w:rsidRDefault="005B7A0E">
      <w:pPr>
        <w:spacing w:after="120" w:line="259" w:lineRule="auto"/>
      </w:pPr>
      <w:r>
        <w:rPr>
          <w:sz w:val="25"/>
        </w:rPr>
        <w:t>Make room to enjoy being married too. Laugh together. Go get coffee, take a drive, or spend a little time talking without a phone between you. Notice the good in your spouse and tell them what you appreciate. You’re building a relationship with a person you chose to share your life with. Keep making time for that person.</w:t>
      </w:r>
    </w:p>
    <w:p w14:paraId="06A75A3C" w14:textId="77777777" w:rsidR="005743BD" w:rsidRDefault="005B7A0E">
      <w:pPr>
        <w:spacing w:after="120" w:line="259" w:lineRule="auto"/>
      </w:pPr>
      <w:r>
        <w:rPr>
          <w:sz w:val="25"/>
        </w:rPr>
        <w:t>A holy marriage will stand out in a world that often treats commitment as disposable. People may not understand your choices, your priorities, or your willingness to let the whole Bible shape your home. Keep your eyes on God, and let your conduct reflect the One you follow. Your spouse should experience the love, patience, honesty, and faithfulness you speak about.</w:t>
      </w:r>
    </w:p>
    <w:p w14:paraId="5D3D5C74" w14:textId="77777777" w:rsidR="005743BD" w:rsidRDefault="005B7A0E">
      <w:pPr>
        <w:spacing w:after="120" w:line="259" w:lineRule="auto"/>
      </w:pPr>
      <w:r>
        <w:rPr>
          <w:sz w:val="25"/>
        </w:rPr>
        <w:t>You’ll still have growing to do. My husband and I certainly do. Return to these Scriptures when you need direction, revisit the questions when something needs attention, and keep praying with each other and for each other. When you get something wrong, repent, make it right where you can, and put the correction into practice.</w:t>
      </w:r>
    </w:p>
    <w:p w14:paraId="1610B1E0" w14:textId="77777777" w:rsidR="005743BD" w:rsidRDefault="005B7A0E">
      <w:pPr>
        <w:spacing w:after="120" w:line="259" w:lineRule="auto"/>
      </w:pPr>
      <w:r>
        <w:rPr>
          <w:sz w:val="25"/>
        </w:rPr>
        <w:t>My prayer is that these pages have helped you see both the value of your marriage and your responsibility to nurture it. Take your covenant seriously, cherish your spouse, and keep giving God room to work in you.</w:t>
      </w:r>
    </w:p>
    <w:p w14:paraId="198488C9" w14:textId="44406BCA" w:rsidR="00C3140B" w:rsidRDefault="005B7A0E">
      <w:pPr>
        <w:spacing w:after="120" w:line="259" w:lineRule="auto"/>
        <w:rPr>
          <w:sz w:val="25"/>
        </w:rPr>
      </w:pPr>
      <w:r>
        <w:rPr>
          <w:sz w:val="25"/>
        </w:rPr>
        <w:t>Then keep walking it out together, one faithful choice at a time.</w:t>
      </w:r>
    </w:p>
    <w:p w14:paraId="7673EBA3" w14:textId="77777777" w:rsidR="00C3140B" w:rsidRDefault="00C3140B">
      <w:pPr>
        <w:spacing w:after="200"/>
        <w:rPr>
          <w:sz w:val="25"/>
        </w:rPr>
      </w:pPr>
      <w:r>
        <w:rPr>
          <w:sz w:val="25"/>
        </w:rPr>
        <w:br w:type="page"/>
      </w:r>
    </w:p>
    <w:p w14:paraId="0C805985" w14:textId="5CBBBB1F" w:rsidR="005743BD" w:rsidRPr="00C3140B" w:rsidRDefault="005B7A0E" w:rsidP="00C3140B">
      <w:pPr>
        <w:pStyle w:val="Heading1"/>
      </w:pPr>
      <w:r w:rsidRPr="00C3140B">
        <w:lastRenderedPageBreak/>
        <w:t>A Marriage Inventory</w:t>
      </w:r>
    </w:p>
    <w:p w14:paraId="32F6F645" w14:textId="77777777" w:rsidR="005743BD" w:rsidRDefault="005B7A0E">
      <w:pPr>
        <w:spacing w:after="120" w:line="252" w:lineRule="auto"/>
      </w:pPr>
      <w:r>
        <w:rPr>
          <w:sz w:val="24"/>
        </w:rPr>
        <w:t>Take an honest look</w:t>
      </w:r>
    </w:p>
    <w:p w14:paraId="47527C53" w14:textId="77777777" w:rsidR="005743BD" w:rsidRDefault="005B7A0E">
      <w:pPr>
        <w:spacing w:after="120" w:line="252" w:lineRule="auto"/>
      </w:pPr>
      <w:r>
        <w:rPr>
          <w:sz w:val="24"/>
        </w:rPr>
        <w:t>You’ve worked through seven steps. Now take a little time to look at what’s happening in your own heart and home. Ask God to help you recognize both the good that’s growing and the things that still need attention. You don’t need an impressive answer. You need an honest one.</w:t>
      </w:r>
    </w:p>
    <w:p w14:paraId="42784C07" w14:textId="77777777" w:rsidR="005743BD" w:rsidRDefault="005B7A0E">
      <w:pPr>
        <w:spacing w:after="120" w:line="252" w:lineRule="auto"/>
      </w:pPr>
      <w:r>
        <w:rPr>
          <w:sz w:val="24"/>
        </w:rPr>
        <w:t>Complete this inventory for yourself first. Circle the response that best describes your current habits, then write a specific example or a change you need to make. There’s no total to calculate. Let your answers give you something to pray about and put into practice.</w:t>
      </w:r>
    </w:p>
    <w:p w14:paraId="1C097426" w14:textId="77777777" w:rsidR="005743BD" w:rsidRDefault="005B7A0E">
      <w:pPr>
        <w:pStyle w:val="Heading3"/>
        <w:spacing w:after="120" w:line="252" w:lineRule="auto"/>
      </w:pPr>
      <w:r>
        <w:rPr>
          <w:sz w:val="30"/>
        </w:rPr>
        <w:t>7. Recognize the enemy</w:t>
      </w:r>
    </w:p>
    <w:p w14:paraId="31B993D9" w14:textId="77777777" w:rsidR="005743BD" w:rsidRDefault="005B7A0E">
      <w:pPr>
        <w:spacing w:after="120" w:line="252" w:lineRule="auto"/>
      </w:pPr>
      <w:r>
        <w:rPr>
          <w:sz w:val="24"/>
        </w:rPr>
        <w:t>When conflict comes, I remember that my spouse isn’t my enemy. I resist the temptation to accuse, lash out, or excuse my own behavior.</w:t>
      </w:r>
    </w:p>
    <w:p w14:paraId="3769AE98" w14:textId="77777777" w:rsidR="005743BD" w:rsidRDefault="005B7A0E">
      <w:pPr>
        <w:spacing w:after="120" w:line="252" w:lineRule="auto"/>
      </w:pPr>
      <w:r>
        <w:rPr>
          <w:i/>
          <w:sz w:val="24"/>
        </w:rPr>
        <w:t>Needs attention     Growing     Consistent</w:t>
      </w:r>
    </w:p>
    <w:p w14:paraId="6C5BD0FC" w14:textId="77777777" w:rsidR="005743BD" w:rsidRDefault="005B7A0E">
      <w:pPr>
        <w:spacing w:after="120" w:line="252" w:lineRule="auto"/>
      </w:pPr>
      <w:r>
        <w:rPr>
          <w:sz w:val="24"/>
        </w:rPr>
        <w:t>What does this look like in my life?</w:t>
      </w:r>
    </w:p>
    <w:p w14:paraId="196D5699" w14:textId="77777777" w:rsidR="005743BD" w:rsidRDefault="005B7A0E">
      <w:pPr>
        <w:pBdr>
          <w:bottom w:val="single" w:sz="4" w:space="0" w:color="C7C7C7"/>
        </w:pBdr>
        <w:spacing w:after="0" w:line="360" w:lineRule="exact"/>
      </w:pPr>
      <w:r>
        <w:t xml:space="preserve"> </w:t>
      </w:r>
    </w:p>
    <w:p w14:paraId="129FF996" w14:textId="77777777" w:rsidR="005743BD" w:rsidRDefault="005B7A0E">
      <w:pPr>
        <w:pBdr>
          <w:bottom w:val="single" w:sz="4" w:space="0" w:color="C7C7C7"/>
        </w:pBdr>
        <w:spacing w:after="0" w:line="360" w:lineRule="exact"/>
      </w:pPr>
      <w:r>
        <w:t xml:space="preserve"> </w:t>
      </w:r>
    </w:p>
    <w:p w14:paraId="1E36A658" w14:textId="77777777" w:rsidR="005743BD" w:rsidRDefault="005B7A0E">
      <w:pPr>
        <w:pStyle w:val="Heading3"/>
        <w:spacing w:after="120" w:line="252" w:lineRule="auto"/>
      </w:pPr>
      <w:r>
        <w:rPr>
          <w:sz w:val="30"/>
        </w:rPr>
        <w:t>6. Learn what God wants</w:t>
      </w:r>
    </w:p>
    <w:p w14:paraId="31982FF2" w14:textId="77777777" w:rsidR="005743BD" w:rsidRDefault="005B7A0E">
      <w:pPr>
        <w:spacing w:after="120" w:line="252" w:lineRule="auto"/>
      </w:pPr>
      <w:r>
        <w:rPr>
          <w:sz w:val="24"/>
        </w:rPr>
        <w:t>I let the Word shape my expectations for marriage. I’m willing to examine what I’ve assumed and learn what Scripture actually teaches.</w:t>
      </w:r>
    </w:p>
    <w:p w14:paraId="367436AC" w14:textId="77777777" w:rsidR="005743BD" w:rsidRDefault="005B7A0E">
      <w:pPr>
        <w:spacing w:after="120" w:line="252" w:lineRule="auto"/>
      </w:pPr>
      <w:r>
        <w:rPr>
          <w:i/>
          <w:sz w:val="24"/>
        </w:rPr>
        <w:t>Needs attention     Growing     Consistent</w:t>
      </w:r>
    </w:p>
    <w:p w14:paraId="23624392" w14:textId="77777777" w:rsidR="005743BD" w:rsidRDefault="005B7A0E">
      <w:pPr>
        <w:spacing w:after="120" w:line="252" w:lineRule="auto"/>
      </w:pPr>
      <w:r>
        <w:rPr>
          <w:sz w:val="24"/>
        </w:rPr>
        <w:t>What does this look like in my life?</w:t>
      </w:r>
    </w:p>
    <w:p w14:paraId="0BC6FEC6" w14:textId="77777777" w:rsidR="005743BD" w:rsidRDefault="005B7A0E">
      <w:pPr>
        <w:pBdr>
          <w:bottom w:val="single" w:sz="4" w:space="0" w:color="C7C7C7"/>
        </w:pBdr>
        <w:spacing w:after="0" w:line="360" w:lineRule="exact"/>
      </w:pPr>
      <w:r>
        <w:t xml:space="preserve"> </w:t>
      </w:r>
    </w:p>
    <w:p w14:paraId="6C28B763" w14:textId="77777777" w:rsidR="005743BD" w:rsidRDefault="005B7A0E">
      <w:pPr>
        <w:pBdr>
          <w:bottom w:val="single" w:sz="4" w:space="0" w:color="C7C7C7"/>
        </w:pBdr>
        <w:spacing w:after="0" w:line="360" w:lineRule="exact"/>
      </w:pPr>
      <w:r>
        <w:t xml:space="preserve"> </w:t>
      </w:r>
    </w:p>
    <w:p w14:paraId="7110396A" w14:textId="77777777" w:rsidR="005743BD" w:rsidRDefault="005B7A0E">
      <w:pPr>
        <w:pStyle w:val="Heading2"/>
        <w:pageBreakBefore/>
        <w:spacing w:after="120" w:line="252" w:lineRule="auto"/>
      </w:pPr>
      <w:r>
        <w:rPr>
          <w:sz w:val="30"/>
        </w:rPr>
        <w:lastRenderedPageBreak/>
        <w:t>Look at your daily choices</w:t>
      </w:r>
    </w:p>
    <w:p w14:paraId="16777971" w14:textId="77777777" w:rsidR="005743BD" w:rsidRDefault="005B7A0E">
      <w:pPr>
        <w:pStyle w:val="Heading3"/>
        <w:spacing w:after="120" w:line="252" w:lineRule="auto"/>
      </w:pPr>
      <w:r>
        <w:rPr>
          <w:sz w:val="30"/>
        </w:rPr>
        <w:t>5. Release selfishness</w:t>
      </w:r>
    </w:p>
    <w:p w14:paraId="007AA71E" w14:textId="77777777" w:rsidR="005743BD" w:rsidRDefault="005B7A0E">
      <w:pPr>
        <w:spacing w:after="120" w:line="252" w:lineRule="auto"/>
      </w:pPr>
      <w:r>
        <w:rPr>
          <w:sz w:val="24"/>
        </w:rPr>
        <w:t>I consider how my choices affect my spouse. I’m willing to give up a preference, share a responsibility, and make room for their needs.</w:t>
      </w:r>
    </w:p>
    <w:p w14:paraId="7C69CCD0" w14:textId="77777777" w:rsidR="005743BD" w:rsidRDefault="005B7A0E">
      <w:pPr>
        <w:spacing w:after="120" w:line="252" w:lineRule="auto"/>
      </w:pPr>
      <w:r>
        <w:rPr>
          <w:i/>
          <w:sz w:val="24"/>
        </w:rPr>
        <w:t>Needs attention     Growing     Consistent</w:t>
      </w:r>
    </w:p>
    <w:p w14:paraId="01E33A22" w14:textId="77777777" w:rsidR="005743BD" w:rsidRDefault="005B7A0E">
      <w:pPr>
        <w:spacing w:after="120" w:line="252" w:lineRule="auto"/>
      </w:pPr>
      <w:r>
        <w:rPr>
          <w:sz w:val="24"/>
        </w:rPr>
        <w:t>What does this look like in my life?</w:t>
      </w:r>
    </w:p>
    <w:p w14:paraId="0539DF08" w14:textId="77777777" w:rsidR="005743BD" w:rsidRDefault="005B7A0E">
      <w:pPr>
        <w:pBdr>
          <w:bottom w:val="single" w:sz="4" w:space="0" w:color="C7C7C7"/>
        </w:pBdr>
        <w:spacing w:after="0" w:line="360" w:lineRule="exact"/>
      </w:pPr>
      <w:r>
        <w:t xml:space="preserve"> </w:t>
      </w:r>
    </w:p>
    <w:p w14:paraId="182DDDA0" w14:textId="77777777" w:rsidR="005743BD" w:rsidRDefault="005B7A0E">
      <w:pPr>
        <w:pBdr>
          <w:bottom w:val="single" w:sz="4" w:space="0" w:color="C7C7C7"/>
        </w:pBdr>
        <w:spacing w:after="0" w:line="360" w:lineRule="exact"/>
      </w:pPr>
      <w:r>
        <w:t xml:space="preserve"> </w:t>
      </w:r>
    </w:p>
    <w:p w14:paraId="329BF193" w14:textId="77777777" w:rsidR="005743BD" w:rsidRDefault="005B7A0E">
      <w:pPr>
        <w:pStyle w:val="Heading3"/>
        <w:spacing w:after="120" w:line="252" w:lineRule="auto"/>
      </w:pPr>
      <w:r>
        <w:rPr>
          <w:sz w:val="30"/>
        </w:rPr>
        <w:t>4. Tackle things together</w:t>
      </w:r>
    </w:p>
    <w:p w14:paraId="238F504F" w14:textId="77777777" w:rsidR="005743BD" w:rsidRDefault="005B7A0E">
      <w:pPr>
        <w:spacing w:after="120" w:line="252" w:lineRule="auto"/>
      </w:pPr>
      <w:r>
        <w:rPr>
          <w:sz w:val="24"/>
        </w:rPr>
        <w:t>I speak honestly, listen carefully, and work with my spouse to address problems. I take responsibility for my part and follow through on what I’ve promised.</w:t>
      </w:r>
    </w:p>
    <w:p w14:paraId="4C08B5DC" w14:textId="77777777" w:rsidR="005743BD" w:rsidRDefault="005B7A0E">
      <w:pPr>
        <w:spacing w:after="120" w:line="252" w:lineRule="auto"/>
      </w:pPr>
      <w:r>
        <w:rPr>
          <w:i/>
          <w:sz w:val="24"/>
        </w:rPr>
        <w:t>Needs attention     Growing     Consistent</w:t>
      </w:r>
    </w:p>
    <w:p w14:paraId="0535A23D" w14:textId="77777777" w:rsidR="005743BD" w:rsidRDefault="005B7A0E">
      <w:pPr>
        <w:spacing w:after="120" w:line="252" w:lineRule="auto"/>
      </w:pPr>
      <w:r>
        <w:rPr>
          <w:sz w:val="24"/>
        </w:rPr>
        <w:t>What does this look like in my life?</w:t>
      </w:r>
    </w:p>
    <w:p w14:paraId="759DA9C4" w14:textId="77777777" w:rsidR="005743BD" w:rsidRDefault="005B7A0E">
      <w:pPr>
        <w:pBdr>
          <w:bottom w:val="single" w:sz="4" w:space="0" w:color="C7C7C7"/>
        </w:pBdr>
        <w:spacing w:after="0" w:line="360" w:lineRule="exact"/>
      </w:pPr>
      <w:r>
        <w:t xml:space="preserve"> </w:t>
      </w:r>
    </w:p>
    <w:p w14:paraId="3C86B977" w14:textId="77777777" w:rsidR="005743BD" w:rsidRDefault="005B7A0E">
      <w:pPr>
        <w:pBdr>
          <w:bottom w:val="single" w:sz="4" w:space="0" w:color="C7C7C7"/>
        </w:pBdr>
        <w:spacing w:after="0" w:line="360" w:lineRule="exact"/>
      </w:pPr>
      <w:r>
        <w:t xml:space="preserve"> </w:t>
      </w:r>
    </w:p>
    <w:p w14:paraId="1785EE6A" w14:textId="77777777" w:rsidR="005743BD" w:rsidRDefault="005B7A0E">
      <w:pPr>
        <w:pStyle w:val="Heading3"/>
        <w:spacing w:after="120" w:line="252" w:lineRule="auto"/>
      </w:pPr>
      <w:r>
        <w:rPr>
          <w:sz w:val="30"/>
        </w:rPr>
        <w:t>3. Just love each other</w:t>
      </w:r>
    </w:p>
    <w:p w14:paraId="0818065E" w14:textId="77777777" w:rsidR="005743BD" w:rsidRDefault="005B7A0E">
      <w:pPr>
        <w:spacing w:after="120" w:line="252" w:lineRule="auto"/>
      </w:pPr>
      <w:r>
        <w:rPr>
          <w:sz w:val="24"/>
        </w:rPr>
        <w:t>I choose patience, kindness, and faithfulness even when my feelings change. I pay attention to how my spouse experiences my love.</w:t>
      </w:r>
    </w:p>
    <w:p w14:paraId="1CB8FDEC" w14:textId="77777777" w:rsidR="005743BD" w:rsidRDefault="005B7A0E">
      <w:pPr>
        <w:spacing w:after="120" w:line="252" w:lineRule="auto"/>
      </w:pPr>
      <w:r>
        <w:rPr>
          <w:i/>
          <w:sz w:val="24"/>
        </w:rPr>
        <w:t>Needs attention     Growing     Consistent</w:t>
      </w:r>
    </w:p>
    <w:p w14:paraId="7FF1FBEE" w14:textId="77777777" w:rsidR="005743BD" w:rsidRDefault="005B7A0E">
      <w:pPr>
        <w:spacing w:after="120" w:line="252" w:lineRule="auto"/>
      </w:pPr>
      <w:r>
        <w:rPr>
          <w:sz w:val="24"/>
        </w:rPr>
        <w:t>What does this look like in my life?</w:t>
      </w:r>
    </w:p>
    <w:p w14:paraId="015AD852" w14:textId="77777777" w:rsidR="005743BD" w:rsidRDefault="005B7A0E">
      <w:pPr>
        <w:pBdr>
          <w:bottom w:val="single" w:sz="4" w:space="0" w:color="C7C7C7"/>
        </w:pBdr>
        <w:spacing w:after="0" w:line="360" w:lineRule="exact"/>
      </w:pPr>
      <w:r>
        <w:t xml:space="preserve"> </w:t>
      </w:r>
    </w:p>
    <w:p w14:paraId="152962D6" w14:textId="77777777" w:rsidR="005743BD" w:rsidRDefault="005B7A0E">
      <w:pPr>
        <w:pBdr>
          <w:bottom w:val="single" w:sz="4" w:space="0" w:color="C7C7C7"/>
        </w:pBdr>
        <w:spacing w:after="0" w:line="360" w:lineRule="exact"/>
      </w:pPr>
      <w:r>
        <w:t xml:space="preserve"> </w:t>
      </w:r>
    </w:p>
    <w:p w14:paraId="6FC16330" w14:textId="77777777" w:rsidR="005743BD" w:rsidRDefault="005B7A0E">
      <w:pPr>
        <w:pStyle w:val="Heading2"/>
        <w:pageBreakBefore/>
        <w:spacing w:after="120" w:line="252" w:lineRule="auto"/>
      </w:pPr>
      <w:r>
        <w:rPr>
          <w:sz w:val="30"/>
        </w:rPr>
        <w:lastRenderedPageBreak/>
        <w:t>Look at your walk with God</w:t>
      </w:r>
    </w:p>
    <w:p w14:paraId="69071DA9" w14:textId="77777777" w:rsidR="005743BD" w:rsidRDefault="005B7A0E">
      <w:pPr>
        <w:pStyle w:val="Heading3"/>
        <w:spacing w:after="120" w:line="252" w:lineRule="auto"/>
      </w:pPr>
      <w:r>
        <w:rPr>
          <w:sz w:val="30"/>
        </w:rPr>
        <w:t>2. Honor God together</w:t>
      </w:r>
    </w:p>
    <w:p w14:paraId="5109D04F" w14:textId="77777777" w:rsidR="005743BD" w:rsidRDefault="005B7A0E">
      <w:pPr>
        <w:spacing w:after="120" w:line="252" w:lineRule="auto"/>
      </w:pPr>
      <w:r>
        <w:rPr>
          <w:sz w:val="24"/>
        </w:rPr>
        <w:t>I make room for prayer, the Word, worship, and Sabbath rest. The way I speak, spend my time, and serve reflects care for my marriage and family.</w:t>
      </w:r>
    </w:p>
    <w:p w14:paraId="00894078" w14:textId="77777777" w:rsidR="005743BD" w:rsidRDefault="005B7A0E">
      <w:pPr>
        <w:spacing w:after="120" w:line="252" w:lineRule="auto"/>
      </w:pPr>
      <w:r>
        <w:rPr>
          <w:i/>
          <w:sz w:val="24"/>
        </w:rPr>
        <w:t>Needs attention     Growing     Consistent</w:t>
      </w:r>
    </w:p>
    <w:p w14:paraId="2C7ADFEF" w14:textId="77777777" w:rsidR="005743BD" w:rsidRDefault="005B7A0E">
      <w:pPr>
        <w:spacing w:after="120" w:line="252" w:lineRule="auto"/>
      </w:pPr>
      <w:r>
        <w:rPr>
          <w:sz w:val="24"/>
        </w:rPr>
        <w:t>What does this look like in my life?</w:t>
      </w:r>
    </w:p>
    <w:p w14:paraId="00EDB157" w14:textId="77777777" w:rsidR="005743BD" w:rsidRDefault="005B7A0E">
      <w:pPr>
        <w:pBdr>
          <w:bottom w:val="single" w:sz="4" w:space="0" w:color="C7C7C7"/>
        </w:pBdr>
        <w:spacing w:after="0" w:line="360" w:lineRule="exact"/>
      </w:pPr>
      <w:r>
        <w:t xml:space="preserve"> </w:t>
      </w:r>
    </w:p>
    <w:p w14:paraId="39B90998" w14:textId="77777777" w:rsidR="005743BD" w:rsidRDefault="005B7A0E">
      <w:pPr>
        <w:pBdr>
          <w:bottom w:val="single" w:sz="4" w:space="0" w:color="C7C7C7"/>
        </w:pBdr>
        <w:spacing w:after="0" w:line="360" w:lineRule="exact"/>
      </w:pPr>
      <w:r>
        <w:t xml:space="preserve"> </w:t>
      </w:r>
    </w:p>
    <w:p w14:paraId="0AB1EA25" w14:textId="77777777" w:rsidR="005743BD" w:rsidRDefault="005B7A0E">
      <w:pPr>
        <w:pStyle w:val="Heading3"/>
        <w:spacing w:after="120" w:line="252" w:lineRule="auto"/>
      </w:pPr>
      <w:r>
        <w:rPr>
          <w:sz w:val="30"/>
        </w:rPr>
        <w:t>1. Keep God at the center</w:t>
      </w:r>
    </w:p>
    <w:p w14:paraId="66705393" w14:textId="77777777" w:rsidR="005743BD" w:rsidRDefault="005B7A0E">
      <w:pPr>
        <w:spacing w:after="120" w:line="252" w:lineRule="auto"/>
      </w:pPr>
      <w:r>
        <w:rPr>
          <w:sz w:val="24"/>
        </w:rPr>
        <w:t>I seek God for myself and respond when He corrects me. I’m willing to obey His Word even when it means changing something I’d rather keep.</w:t>
      </w:r>
    </w:p>
    <w:p w14:paraId="7E4308D6" w14:textId="77777777" w:rsidR="005743BD" w:rsidRDefault="005B7A0E">
      <w:pPr>
        <w:spacing w:after="120" w:line="252" w:lineRule="auto"/>
      </w:pPr>
      <w:r>
        <w:rPr>
          <w:i/>
          <w:sz w:val="24"/>
        </w:rPr>
        <w:t>Needs attention     Growing     Consistent</w:t>
      </w:r>
    </w:p>
    <w:p w14:paraId="6CB70329" w14:textId="77777777" w:rsidR="005743BD" w:rsidRDefault="005B7A0E">
      <w:pPr>
        <w:spacing w:after="120" w:line="252" w:lineRule="auto"/>
      </w:pPr>
      <w:r>
        <w:rPr>
          <w:sz w:val="24"/>
        </w:rPr>
        <w:t>What does this look like in my life?</w:t>
      </w:r>
    </w:p>
    <w:p w14:paraId="44011AD4" w14:textId="77777777" w:rsidR="005743BD" w:rsidRDefault="005B7A0E">
      <w:pPr>
        <w:pBdr>
          <w:bottom w:val="single" w:sz="4" w:space="0" w:color="C7C7C7"/>
        </w:pBdr>
        <w:spacing w:after="0" w:line="360" w:lineRule="exact"/>
      </w:pPr>
      <w:r>
        <w:t xml:space="preserve"> </w:t>
      </w:r>
    </w:p>
    <w:p w14:paraId="796F163F" w14:textId="77777777" w:rsidR="005743BD" w:rsidRDefault="005B7A0E">
      <w:pPr>
        <w:pBdr>
          <w:bottom w:val="single" w:sz="4" w:space="0" w:color="C7C7C7"/>
        </w:pBdr>
        <w:spacing w:after="0" w:line="360" w:lineRule="exact"/>
      </w:pPr>
      <w:r>
        <w:t xml:space="preserve"> </w:t>
      </w:r>
    </w:p>
    <w:p w14:paraId="35B569EC" w14:textId="77777777" w:rsidR="005743BD" w:rsidRDefault="005B7A0E">
      <w:pPr>
        <w:pStyle w:val="Heading3"/>
        <w:spacing w:after="120" w:line="252" w:lineRule="auto"/>
      </w:pPr>
      <w:r>
        <w:rPr>
          <w:sz w:val="30"/>
        </w:rPr>
        <w:t>Where can I see growth?</w:t>
      </w:r>
    </w:p>
    <w:p w14:paraId="0BAD401B" w14:textId="77777777" w:rsidR="005743BD" w:rsidRDefault="005B7A0E">
      <w:pPr>
        <w:spacing w:after="120" w:line="252" w:lineRule="auto"/>
      </w:pPr>
      <w:r>
        <w:rPr>
          <w:sz w:val="24"/>
        </w:rPr>
        <w:t>Name one change you’re thankful for and one strength you want to keep nurturing.</w:t>
      </w:r>
    </w:p>
    <w:p w14:paraId="1080F639" w14:textId="77777777" w:rsidR="005743BD" w:rsidRDefault="005B7A0E">
      <w:pPr>
        <w:pBdr>
          <w:bottom w:val="single" w:sz="4" w:space="0" w:color="C7C7C7"/>
        </w:pBdr>
        <w:spacing w:after="0" w:line="360" w:lineRule="exact"/>
      </w:pPr>
      <w:r>
        <w:t xml:space="preserve"> </w:t>
      </w:r>
    </w:p>
    <w:p w14:paraId="3E7294D7" w14:textId="77777777" w:rsidR="005743BD" w:rsidRDefault="005B7A0E">
      <w:pPr>
        <w:pBdr>
          <w:bottom w:val="single" w:sz="4" w:space="0" w:color="C7C7C7"/>
        </w:pBdr>
        <w:spacing w:after="0" w:line="360" w:lineRule="exact"/>
      </w:pPr>
      <w:r>
        <w:t xml:space="preserve"> </w:t>
      </w:r>
    </w:p>
    <w:p w14:paraId="4CC4D56B" w14:textId="77777777" w:rsidR="005743BD" w:rsidRDefault="005B7A0E">
      <w:pPr>
        <w:pBdr>
          <w:bottom w:val="single" w:sz="4" w:space="0" w:color="C7C7C7"/>
        </w:pBdr>
        <w:spacing w:after="0" w:line="360" w:lineRule="exact"/>
      </w:pPr>
      <w:r>
        <w:t xml:space="preserve"> </w:t>
      </w:r>
    </w:p>
    <w:p w14:paraId="363C577E" w14:textId="77777777" w:rsidR="005743BD" w:rsidRDefault="005B7A0E">
      <w:pPr>
        <w:pStyle w:val="Heading2"/>
        <w:pageBreakBefore/>
        <w:spacing w:after="120" w:line="252" w:lineRule="auto"/>
      </w:pPr>
      <w:r>
        <w:rPr>
          <w:sz w:val="30"/>
        </w:rPr>
        <w:lastRenderedPageBreak/>
        <w:t>A conversation together</w:t>
      </w:r>
    </w:p>
    <w:p w14:paraId="43F54CA6" w14:textId="77777777" w:rsidR="005743BD" w:rsidRDefault="005B7A0E">
      <w:pPr>
        <w:spacing w:after="120" w:line="252" w:lineRule="auto"/>
      </w:pPr>
      <w:r>
        <w:rPr>
          <w:sz w:val="24"/>
        </w:rPr>
        <w:t>Choose a quiet time when you can give each other your attention. Share what you’ve noticed about yourself, then listen. Give each other room to finish. If something is hard to hear, ask a question before you prepare a defense.</w:t>
      </w:r>
    </w:p>
    <w:p w14:paraId="348A47E9" w14:textId="77777777" w:rsidR="005743BD" w:rsidRDefault="005B7A0E">
      <w:pPr>
        <w:spacing w:after="120" w:line="252" w:lineRule="auto"/>
      </w:pPr>
      <w:r>
        <w:rPr>
          <w:sz w:val="24"/>
        </w:rPr>
        <w:t>What’s one thing you appreciate about the marriage you’re building together?</w:t>
      </w:r>
    </w:p>
    <w:p w14:paraId="37F573B0" w14:textId="77777777" w:rsidR="005743BD" w:rsidRDefault="005B7A0E">
      <w:pPr>
        <w:pBdr>
          <w:bottom w:val="single" w:sz="4" w:space="0" w:color="C7C7C7"/>
        </w:pBdr>
        <w:spacing w:after="0" w:line="360" w:lineRule="exact"/>
      </w:pPr>
      <w:r>
        <w:t xml:space="preserve"> </w:t>
      </w:r>
    </w:p>
    <w:p w14:paraId="5E63E9B2" w14:textId="77777777" w:rsidR="005743BD" w:rsidRDefault="005B7A0E">
      <w:pPr>
        <w:pBdr>
          <w:bottom w:val="single" w:sz="4" w:space="0" w:color="C7C7C7"/>
        </w:pBdr>
        <w:spacing w:after="0" w:line="360" w:lineRule="exact"/>
      </w:pPr>
      <w:r>
        <w:t xml:space="preserve"> </w:t>
      </w:r>
    </w:p>
    <w:p w14:paraId="3A094BCC" w14:textId="77777777" w:rsidR="005743BD" w:rsidRDefault="005B7A0E">
      <w:pPr>
        <w:pBdr>
          <w:bottom w:val="single" w:sz="4" w:space="0" w:color="C7C7C7"/>
        </w:pBdr>
        <w:spacing w:after="0" w:line="360" w:lineRule="exact"/>
      </w:pPr>
      <w:r>
        <w:t xml:space="preserve"> </w:t>
      </w:r>
    </w:p>
    <w:p w14:paraId="11ADADCC" w14:textId="77777777" w:rsidR="005743BD" w:rsidRDefault="005B7A0E">
      <w:pPr>
        <w:spacing w:after="120" w:line="252" w:lineRule="auto"/>
      </w:pPr>
      <w:r>
        <w:rPr>
          <w:sz w:val="24"/>
        </w:rPr>
        <w:t>What have you learned about your own responses while working through this book?</w:t>
      </w:r>
    </w:p>
    <w:p w14:paraId="4EF13909" w14:textId="77777777" w:rsidR="005743BD" w:rsidRDefault="005B7A0E">
      <w:pPr>
        <w:pBdr>
          <w:bottom w:val="single" w:sz="4" w:space="0" w:color="C7C7C7"/>
        </w:pBdr>
        <w:spacing w:after="0" w:line="360" w:lineRule="exact"/>
      </w:pPr>
      <w:r>
        <w:t xml:space="preserve"> </w:t>
      </w:r>
    </w:p>
    <w:p w14:paraId="1725E484" w14:textId="77777777" w:rsidR="005743BD" w:rsidRDefault="005B7A0E">
      <w:pPr>
        <w:pBdr>
          <w:bottom w:val="single" w:sz="4" w:space="0" w:color="C7C7C7"/>
        </w:pBdr>
        <w:spacing w:after="0" w:line="360" w:lineRule="exact"/>
      </w:pPr>
      <w:r>
        <w:t xml:space="preserve"> </w:t>
      </w:r>
    </w:p>
    <w:p w14:paraId="23BC520E" w14:textId="77777777" w:rsidR="005743BD" w:rsidRDefault="005B7A0E">
      <w:pPr>
        <w:pBdr>
          <w:bottom w:val="single" w:sz="4" w:space="0" w:color="C7C7C7"/>
        </w:pBdr>
        <w:spacing w:after="0" w:line="360" w:lineRule="exact"/>
      </w:pPr>
      <w:r>
        <w:t xml:space="preserve"> </w:t>
      </w:r>
    </w:p>
    <w:p w14:paraId="0AA49C1C" w14:textId="77777777" w:rsidR="005743BD" w:rsidRDefault="005B7A0E">
      <w:pPr>
        <w:spacing w:after="120" w:line="252" w:lineRule="auto"/>
      </w:pPr>
      <w:r>
        <w:rPr>
          <w:sz w:val="24"/>
        </w:rPr>
        <w:t>What would help each of you feel more supported, heard, and cared for?</w:t>
      </w:r>
    </w:p>
    <w:p w14:paraId="68059A69" w14:textId="77777777" w:rsidR="005743BD" w:rsidRDefault="005B7A0E">
      <w:pPr>
        <w:pBdr>
          <w:bottom w:val="single" w:sz="4" w:space="0" w:color="C7C7C7"/>
        </w:pBdr>
        <w:spacing w:after="0" w:line="360" w:lineRule="exact"/>
      </w:pPr>
      <w:r>
        <w:t xml:space="preserve"> </w:t>
      </w:r>
    </w:p>
    <w:p w14:paraId="3A01AFD9" w14:textId="77777777" w:rsidR="005743BD" w:rsidRDefault="005B7A0E">
      <w:pPr>
        <w:pBdr>
          <w:bottom w:val="single" w:sz="4" w:space="0" w:color="C7C7C7"/>
        </w:pBdr>
        <w:spacing w:after="0" w:line="360" w:lineRule="exact"/>
      </w:pPr>
      <w:r>
        <w:t xml:space="preserve"> </w:t>
      </w:r>
    </w:p>
    <w:p w14:paraId="6DC3DB6A" w14:textId="77777777" w:rsidR="005743BD" w:rsidRDefault="005B7A0E">
      <w:pPr>
        <w:pBdr>
          <w:bottom w:val="single" w:sz="4" w:space="0" w:color="C7C7C7"/>
        </w:pBdr>
        <w:spacing w:after="0" w:line="360" w:lineRule="exact"/>
      </w:pPr>
      <w:r>
        <w:t xml:space="preserve"> </w:t>
      </w:r>
    </w:p>
    <w:p w14:paraId="0DC56B92" w14:textId="77777777" w:rsidR="005743BD" w:rsidRDefault="005B7A0E">
      <w:pPr>
        <w:spacing w:after="120" w:line="252" w:lineRule="auto"/>
      </w:pPr>
      <w:r>
        <w:rPr>
          <w:sz w:val="24"/>
        </w:rPr>
        <w:t>What’s one habit you can work on together, and when will you check in about it?</w:t>
      </w:r>
    </w:p>
    <w:p w14:paraId="69BC6F77" w14:textId="77777777" w:rsidR="005743BD" w:rsidRDefault="005B7A0E">
      <w:pPr>
        <w:pBdr>
          <w:bottom w:val="single" w:sz="4" w:space="0" w:color="C7C7C7"/>
        </w:pBdr>
        <w:spacing w:after="0" w:line="360" w:lineRule="exact"/>
      </w:pPr>
      <w:r>
        <w:t xml:space="preserve"> </w:t>
      </w:r>
    </w:p>
    <w:p w14:paraId="7D0D279B" w14:textId="77777777" w:rsidR="005743BD" w:rsidRDefault="005B7A0E">
      <w:pPr>
        <w:pBdr>
          <w:bottom w:val="single" w:sz="4" w:space="0" w:color="C7C7C7"/>
        </w:pBdr>
        <w:spacing w:after="0" w:line="360" w:lineRule="exact"/>
      </w:pPr>
      <w:r>
        <w:t xml:space="preserve"> </w:t>
      </w:r>
    </w:p>
    <w:p w14:paraId="7CB55D6A" w14:textId="77777777" w:rsidR="005743BD" w:rsidRDefault="005B7A0E">
      <w:pPr>
        <w:pBdr>
          <w:bottom w:val="single" w:sz="4" w:space="0" w:color="C7C7C7"/>
        </w:pBdr>
        <w:spacing w:after="0" w:line="360" w:lineRule="exact"/>
      </w:pPr>
      <w:r>
        <w:t xml:space="preserve"> </w:t>
      </w:r>
    </w:p>
    <w:p w14:paraId="54CDB24E" w14:textId="77777777" w:rsidR="005743BD" w:rsidRDefault="005B7A0E">
      <w:pPr>
        <w:pStyle w:val="Heading2"/>
        <w:pageBreakBefore/>
        <w:spacing w:after="120" w:line="252" w:lineRule="auto"/>
      </w:pPr>
      <w:r>
        <w:rPr>
          <w:sz w:val="30"/>
        </w:rPr>
        <w:lastRenderedPageBreak/>
        <w:t>My next step</w:t>
      </w:r>
    </w:p>
    <w:p w14:paraId="723E2B7B" w14:textId="77777777" w:rsidR="005743BD" w:rsidRDefault="005B7A0E">
      <w:pPr>
        <w:spacing w:after="120" w:line="252" w:lineRule="auto"/>
      </w:pPr>
      <w:r>
        <w:rPr>
          <w:sz w:val="24"/>
        </w:rPr>
        <w:t>You don’t have to change everything this week. Choose one thing you can act on, and be faithful with it. Make your commitment specific enough that you’ll know whether you’ve followed through.</w:t>
      </w:r>
    </w:p>
    <w:p w14:paraId="56170305" w14:textId="77777777" w:rsidR="005743BD" w:rsidRDefault="005B7A0E">
      <w:pPr>
        <w:spacing w:after="120" w:line="252" w:lineRule="auto"/>
      </w:pPr>
      <w:r>
        <w:rPr>
          <w:sz w:val="24"/>
        </w:rPr>
        <w:t>With God’s help, I’m committing to…</w:t>
      </w:r>
    </w:p>
    <w:p w14:paraId="4BDBC20A" w14:textId="77777777" w:rsidR="005743BD" w:rsidRDefault="005B7A0E">
      <w:pPr>
        <w:pBdr>
          <w:bottom w:val="single" w:sz="4" w:space="0" w:color="C7C7C7"/>
        </w:pBdr>
        <w:spacing w:after="0" w:line="360" w:lineRule="exact"/>
      </w:pPr>
      <w:r>
        <w:t xml:space="preserve"> </w:t>
      </w:r>
    </w:p>
    <w:p w14:paraId="48AFD0B3" w14:textId="77777777" w:rsidR="005743BD" w:rsidRDefault="005B7A0E">
      <w:pPr>
        <w:pBdr>
          <w:bottom w:val="single" w:sz="4" w:space="0" w:color="C7C7C7"/>
        </w:pBdr>
        <w:spacing w:after="0" w:line="360" w:lineRule="exact"/>
      </w:pPr>
      <w:r>
        <w:t xml:space="preserve"> </w:t>
      </w:r>
    </w:p>
    <w:p w14:paraId="1BE63F6B" w14:textId="77777777" w:rsidR="005743BD" w:rsidRDefault="005B7A0E">
      <w:pPr>
        <w:spacing w:after="120" w:line="252" w:lineRule="auto"/>
      </w:pPr>
      <w:r>
        <w:rPr>
          <w:sz w:val="24"/>
        </w:rPr>
        <w:t>The first thing I’ll do, and when I’ll do it…</w:t>
      </w:r>
    </w:p>
    <w:p w14:paraId="6B1B9DEC" w14:textId="77777777" w:rsidR="005743BD" w:rsidRDefault="005B7A0E">
      <w:pPr>
        <w:pBdr>
          <w:bottom w:val="single" w:sz="4" w:space="0" w:color="C7C7C7"/>
        </w:pBdr>
        <w:spacing w:after="0" w:line="360" w:lineRule="exact"/>
      </w:pPr>
      <w:r>
        <w:t xml:space="preserve"> </w:t>
      </w:r>
    </w:p>
    <w:p w14:paraId="1D864D77" w14:textId="77777777" w:rsidR="005743BD" w:rsidRDefault="005B7A0E">
      <w:pPr>
        <w:pBdr>
          <w:bottom w:val="single" w:sz="4" w:space="0" w:color="C7C7C7"/>
        </w:pBdr>
        <w:spacing w:after="0" w:line="360" w:lineRule="exact"/>
      </w:pPr>
      <w:r>
        <w:t xml:space="preserve"> </w:t>
      </w:r>
    </w:p>
    <w:p w14:paraId="445682E8" w14:textId="77777777" w:rsidR="005743BD" w:rsidRDefault="005B7A0E">
      <w:pPr>
        <w:spacing w:after="120" w:line="252" w:lineRule="auto"/>
      </w:pPr>
      <w:r>
        <w:rPr>
          <w:sz w:val="24"/>
        </w:rPr>
        <w:t>I’ll return to this inventory on…</w:t>
      </w:r>
    </w:p>
    <w:p w14:paraId="45E8CC5B" w14:textId="77777777" w:rsidR="005743BD" w:rsidRDefault="005B7A0E">
      <w:pPr>
        <w:pBdr>
          <w:bottom w:val="single" w:sz="4" w:space="0" w:color="C7C7C7"/>
        </w:pBdr>
        <w:spacing w:after="0" w:line="360" w:lineRule="exact"/>
      </w:pPr>
      <w:r>
        <w:t xml:space="preserve"> </w:t>
      </w:r>
    </w:p>
    <w:p w14:paraId="0EF4A33E" w14:textId="77777777" w:rsidR="005743BD" w:rsidRDefault="005B7A0E">
      <w:pPr>
        <w:pBdr>
          <w:bottom w:val="single" w:sz="4" w:space="0" w:color="C7C7C7"/>
        </w:pBdr>
        <w:spacing w:after="0" w:line="360" w:lineRule="exact"/>
      </w:pPr>
      <w:r>
        <w:t xml:space="preserve"> </w:t>
      </w:r>
    </w:p>
    <w:p w14:paraId="5A272F61" w14:textId="77777777" w:rsidR="005743BD" w:rsidRDefault="005B7A0E">
      <w:pPr>
        <w:pStyle w:val="Heading3"/>
        <w:spacing w:after="120" w:line="252" w:lineRule="auto"/>
      </w:pPr>
      <w:r>
        <w:rPr>
          <w:sz w:val="30"/>
        </w:rPr>
        <w:t>A prayer for a willing heart</w:t>
      </w:r>
    </w:p>
    <w:p w14:paraId="2C517C5F" w14:textId="77777777" w:rsidR="005743BD" w:rsidRDefault="005B7A0E">
      <w:pPr>
        <w:spacing w:after="120" w:line="252" w:lineRule="auto"/>
      </w:pPr>
      <w:r>
        <w:rPr>
          <w:sz w:val="24"/>
        </w:rPr>
        <w:t>God, search me and change me. Show me where my attitudes, habits, or words are hurting the person I’ve promised to love. Help me receive Your correction and obey what You show me. Make me the husband or wife my spouse needs as You work in their life. Give me wisdom to listen, humility to repent, and strength to follow through. Thank You for the good You’re growing in our marriage. Teach me to care for it faithfully. In Jesus’ name, amen.</w:t>
      </w:r>
    </w:p>
    <w:p w14:paraId="4D1D2413" w14:textId="77777777" w:rsidR="005743BD" w:rsidRDefault="005B7A0E">
      <w:pPr>
        <w:spacing w:after="120" w:line="252" w:lineRule="auto"/>
      </w:pPr>
      <w:r>
        <w:rPr>
          <w:sz w:val="24"/>
        </w:rPr>
        <w:t>Keep choosing love. Keep responding to God. And when you need to make something right, don’t put it off.</w:t>
      </w:r>
    </w:p>
    <w:p w14:paraId="71FDC564" w14:textId="77777777" w:rsidR="005743BD" w:rsidRDefault="005743BD">
      <w:pPr>
        <w:spacing w:after="0" w:line="360" w:lineRule="exact"/>
        <w:sectPr w:rsidR="005743BD">
          <w:footerReference w:type="default" r:id="rId18"/>
          <w:type w:val="oddPage"/>
          <w:pgSz w:w="10080" w:h="14400"/>
          <w:pgMar w:top="1152" w:right="1152" w:bottom="1152" w:left="1296" w:header="504" w:footer="504" w:gutter="0"/>
          <w:cols w:space="720"/>
          <w:docGrid w:linePitch="360"/>
        </w:sectPr>
      </w:pPr>
    </w:p>
    <w:p w14:paraId="7DBB4F74" w14:textId="48C5EDEA" w:rsidR="00C3140B" w:rsidRDefault="00C3140B">
      <w:pPr>
        <w:spacing w:after="200"/>
        <w:rPr>
          <w:rFonts w:cstheme="majorBidi"/>
          <w:b/>
          <w:bCs/>
          <w:sz w:val="42"/>
          <w:szCs w:val="28"/>
        </w:rPr>
      </w:pPr>
    </w:p>
    <w:p w14:paraId="2F8A7B06" w14:textId="7A9D405E" w:rsidR="005743BD" w:rsidRDefault="005B7A0E">
      <w:pPr>
        <w:pStyle w:val="Heading1"/>
      </w:pPr>
      <w:r>
        <w:t>About Stephanie A. Mayberry</w:t>
      </w:r>
    </w:p>
    <w:p w14:paraId="6E9E6C05" w14:textId="77777777" w:rsidR="005743BD" w:rsidRDefault="005B7A0E">
      <w:r>
        <w:rPr>
          <w:sz w:val="24"/>
        </w:rPr>
        <w:t>Stephanie A. Mayberry is a Bible teacher, author, and co-laborer in ministry with her husband, Pastor C.W. Mayberry, at Torah Observant Apostolics. She has a particular heart for people who are asking difficult questions about what they have been taught and helping them turn to Scripture for the answers.</w:t>
      </w:r>
    </w:p>
    <w:p w14:paraId="4EA2E9A9" w14:textId="77777777" w:rsidR="005743BD" w:rsidRDefault="005B7A0E">
      <w:r>
        <w:rPr>
          <w:sz w:val="24"/>
        </w:rPr>
        <w:t>Her approach to teaching is simple: open the Bible, look at the context, ask good questions, and give the Holy Spirit room to work. She believes truth does not need to be forced, good fruit should always lead in both teaching and correction, and that helping someone see is far more important than winning an argument.</w:t>
      </w:r>
    </w:p>
    <w:p w14:paraId="5AEADD52" w14:textId="77777777" w:rsidR="005743BD" w:rsidRDefault="005B7A0E">
      <w:r>
        <w:rPr>
          <w:sz w:val="24"/>
        </w:rPr>
        <w:t>Stephanie is also the creator of Sabbath Kids, Apostolic Sabbath Keepers (ASK), and THE BRIDGE. She also writes and teaches on biblical obedience, spiritual growth, discipleship, and living a Spirit-filled life.</w:t>
      </w:r>
    </w:p>
    <w:p w14:paraId="7F398653" w14:textId="77777777" w:rsidR="005743BD" w:rsidRDefault="005B7A0E">
      <w:r>
        <w:rPr>
          <w:sz w:val="24"/>
        </w:rPr>
        <w:t>When she isn’t writing, creating Bible studies or devotionals, teaching, building something for ministry, or chasing the occasional squirrel that turned into an entirely new project, she can usually be found with a strong cup of coffee nearby, talking to Yehovah about what’s next and thanking Him for the rich, full life He has given her.</w:t>
      </w:r>
    </w:p>
    <w:p w14:paraId="5CE321CD" w14:textId="77777777" w:rsidR="005743BD" w:rsidRDefault="005B7A0E">
      <w:r>
        <w:rPr>
          <w:sz w:val="24"/>
        </w:rPr>
        <w:t>Stephanie lives in Louisiana with her husband CW, daughter Micah, and grandson Silas—and she considers the Oxford comma non-negotiable.</w:t>
      </w:r>
    </w:p>
    <w:p w14:paraId="109494DC" w14:textId="77777777" w:rsidR="005743BD" w:rsidRDefault="005B7A0E">
      <w:r>
        <w:br w:type="page"/>
      </w:r>
    </w:p>
    <w:p w14:paraId="2F1F782A" w14:textId="77777777" w:rsidR="005743BD" w:rsidRDefault="005B7A0E">
      <w:pPr>
        <w:pStyle w:val="Heading1"/>
      </w:pPr>
      <w:r>
        <w:lastRenderedPageBreak/>
        <w:t>Connect with Stephanie</w:t>
      </w:r>
    </w:p>
    <w:p w14:paraId="6551BE98" w14:textId="77777777" w:rsidR="005743BD" w:rsidRDefault="005B7A0E">
      <w:pPr>
        <w:keepNext/>
        <w:spacing w:after="60"/>
      </w:pPr>
      <w:r>
        <w:rPr>
          <w:b/>
        </w:rPr>
        <w:t>Other books</w:t>
      </w:r>
    </w:p>
    <w:p w14:paraId="0C09B72C" w14:textId="77777777" w:rsidR="005743BD" w:rsidRDefault="005B7A0E">
      <w:pPr>
        <w:spacing w:after="320"/>
      </w:pPr>
      <w:hyperlink r:id="rId19">
        <w:r>
          <w:rPr>
            <w:sz w:val="20"/>
          </w:rPr>
          <w:t>https://torahobservantapostolic.org/store/</w:t>
        </w:r>
      </w:hyperlink>
    </w:p>
    <w:p w14:paraId="6BC4C050" w14:textId="77777777" w:rsidR="005743BD" w:rsidRDefault="005B7A0E">
      <w:pPr>
        <w:keepNext/>
        <w:spacing w:after="60"/>
      </w:pPr>
      <w:r>
        <w:rPr>
          <w:b/>
        </w:rPr>
        <w:t>Facebook</w:t>
      </w:r>
    </w:p>
    <w:p w14:paraId="7612B924" w14:textId="77777777" w:rsidR="005743BD" w:rsidRDefault="005B7A0E">
      <w:pPr>
        <w:spacing w:after="320"/>
      </w:pPr>
      <w:hyperlink r:id="rId20">
        <w:r>
          <w:rPr>
            <w:sz w:val="20"/>
          </w:rPr>
          <w:t>https://www.facebook.com/stephanie.a.mayberry</w:t>
        </w:r>
      </w:hyperlink>
    </w:p>
    <w:p w14:paraId="4755927D" w14:textId="77777777" w:rsidR="005743BD" w:rsidRDefault="005B7A0E">
      <w:pPr>
        <w:keepNext/>
        <w:spacing w:after="60"/>
      </w:pPr>
      <w:r>
        <w:rPr>
          <w:b/>
        </w:rPr>
        <w:t>Website</w:t>
      </w:r>
    </w:p>
    <w:p w14:paraId="38E19B5B" w14:textId="77777777" w:rsidR="005743BD" w:rsidRDefault="005B7A0E">
      <w:pPr>
        <w:spacing w:after="320"/>
      </w:pPr>
      <w:hyperlink r:id="rId21">
        <w:r>
          <w:rPr>
            <w:sz w:val="20"/>
          </w:rPr>
          <w:t>https://StephanieMayberry.com</w:t>
        </w:r>
      </w:hyperlink>
    </w:p>
    <w:p w14:paraId="4211B2A6" w14:textId="77777777" w:rsidR="005743BD" w:rsidRDefault="005B7A0E">
      <w:pPr>
        <w:keepNext/>
        <w:spacing w:after="60"/>
      </w:pPr>
      <w:r>
        <w:rPr>
          <w:b/>
        </w:rPr>
        <w:t>Torah Observant Apostolics</w:t>
      </w:r>
    </w:p>
    <w:p w14:paraId="3BFF53CF" w14:textId="77777777" w:rsidR="005743BD" w:rsidRDefault="005B7A0E">
      <w:pPr>
        <w:spacing w:after="320"/>
      </w:pPr>
      <w:hyperlink r:id="rId22">
        <w:r>
          <w:rPr>
            <w:sz w:val="20"/>
          </w:rPr>
          <w:t>https://torahobservantapostolic.org/</w:t>
        </w:r>
      </w:hyperlink>
    </w:p>
    <w:p w14:paraId="4D3F0D4E" w14:textId="77777777" w:rsidR="005743BD" w:rsidRDefault="005B7A0E">
      <w:pPr>
        <w:keepNext/>
        <w:spacing w:after="60"/>
      </w:pPr>
      <w:r>
        <w:rPr>
          <w:b/>
        </w:rPr>
        <w:t>Sabbath Kids of TOA</w:t>
      </w:r>
    </w:p>
    <w:p w14:paraId="06EE52C4" w14:textId="77777777" w:rsidR="005743BD" w:rsidRDefault="005B7A0E">
      <w:pPr>
        <w:spacing w:after="320"/>
      </w:pPr>
      <w:hyperlink r:id="rId23">
        <w:r>
          <w:rPr>
            <w:sz w:val="20"/>
          </w:rPr>
          <w:t>https://torahobservantapostolic.org/sabbath-kids-of-toa/</w:t>
        </w:r>
      </w:hyperlink>
    </w:p>
    <w:p w14:paraId="7FE9CC1E" w14:textId="77777777" w:rsidR="005743BD" w:rsidRDefault="005B7A0E">
      <w:pPr>
        <w:keepNext/>
        <w:spacing w:after="60"/>
      </w:pPr>
      <w:r>
        <w:rPr>
          <w:b/>
        </w:rPr>
        <w:t>Apostolic Sabbath Keepers</w:t>
      </w:r>
    </w:p>
    <w:p w14:paraId="47488D77" w14:textId="77777777" w:rsidR="005743BD" w:rsidRDefault="005B7A0E">
      <w:pPr>
        <w:spacing w:after="320"/>
      </w:pPr>
      <w:hyperlink r:id="rId24">
        <w:r>
          <w:rPr>
            <w:sz w:val="20"/>
          </w:rPr>
          <w:t>https://apostolicsabbathkeepers.org/</w:t>
        </w:r>
      </w:hyperlink>
    </w:p>
    <w:p w14:paraId="4567DDBB" w14:textId="77777777" w:rsidR="005743BD" w:rsidRDefault="005B7A0E">
      <w:pPr>
        <w:keepNext/>
        <w:spacing w:after="60"/>
      </w:pPr>
      <w:r>
        <w:rPr>
          <w:b/>
        </w:rPr>
        <w:t>THE BRIDGE</w:t>
      </w:r>
    </w:p>
    <w:p w14:paraId="3CB21E0F" w14:textId="77777777" w:rsidR="005743BD" w:rsidRDefault="005B7A0E">
      <w:pPr>
        <w:spacing w:after="320"/>
      </w:pPr>
      <w:hyperlink r:id="rId25">
        <w:r>
          <w:rPr>
            <w:sz w:val="20"/>
          </w:rPr>
          <w:t>https://bridgetotruth.com/</w:t>
        </w:r>
      </w:hyperlink>
    </w:p>
    <w:sectPr w:rsidR="005743BD" w:rsidSect="00034616">
      <w:footerReference w:type="default" r:id="rId26"/>
      <w:type w:val="oddPage"/>
      <w:pgSz w:w="10080" w:h="14400"/>
      <w:pgMar w:top="1152" w:right="1152" w:bottom="1152"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3AA65" w14:textId="77777777" w:rsidR="00A73C64" w:rsidRDefault="00A73C64">
      <w:pPr>
        <w:spacing w:after="0" w:line="240" w:lineRule="auto"/>
      </w:pPr>
      <w:r>
        <w:separator/>
      </w:r>
    </w:p>
  </w:endnote>
  <w:endnote w:type="continuationSeparator" w:id="0">
    <w:p w14:paraId="5466EB5E" w14:textId="77777777" w:rsidR="00A73C64" w:rsidRDefault="00A73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itstream Char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9A8B2" w14:textId="77777777" w:rsidR="005743BD" w:rsidRDefault="005B7A0E">
    <w:pPr>
      <w:pStyle w:val="Footer"/>
      <w:jc w:val="center"/>
    </w:pPr>
    <w:r>
      <w:fldChar w:fldCharType="begin"/>
    </w:r>
    <w:r>
      <w:instrText>PAGE</w:instrText>
    </w:r>
    <w:r>
      <w:fldChar w:fldCharType="separate"/>
    </w:r>
    <w:r w:rsidR="00C3140B">
      <w:rPr>
        <w:noProof/>
      </w:rPr>
      <w:t>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AFAC7" w14:textId="77777777" w:rsidR="005743BD" w:rsidRDefault="005B7A0E">
    <w:pPr>
      <w:pStyle w:val="Footer"/>
      <w:jc w:val="center"/>
    </w:pPr>
    <w:r>
      <w:fldChar w:fldCharType="begin"/>
    </w:r>
    <w:r>
      <w:instrText>PAGE</w:instrText>
    </w:r>
    <w:r>
      <w:fldChar w:fldCharType="separate"/>
    </w:r>
    <w:r w:rsidR="00C3140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2910A" w14:textId="77777777" w:rsidR="005743BD" w:rsidRDefault="005B7A0E">
    <w:pPr>
      <w:pStyle w:val="Footer"/>
      <w:jc w:val="center"/>
    </w:pPr>
    <w:r>
      <w:fldChar w:fldCharType="begin"/>
    </w:r>
    <w:r>
      <w:instrText>PAGE</w:instrText>
    </w:r>
    <w:r>
      <w:fldChar w:fldCharType="separate"/>
    </w:r>
    <w:r w:rsidR="00C3140B">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D503" w14:textId="77777777" w:rsidR="005743BD" w:rsidRDefault="005B7A0E">
    <w:pPr>
      <w:pStyle w:val="Footer"/>
      <w:jc w:val="center"/>
    </w:pPr>
    <w:r>
      <w:fldChar w:fldCharType="begin"/>
    </w:r>
    <w:r>
      <w:instrText>PAGE</w:instrText>
    </w:r>
    <w:r>
      <w:fldChar w:fldCharType="separate"/>
    </w:r>
    <w:r w:rsidR="00C3140B">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F9EB" w14:textId="77777777" w:rsidR="005743BD" w:rsidRDefault="005B7A0E">
    <w:pPr>
      <w:pStyle w:val="Footer"/>
      <w:jc w:val="center"/>
    </w:pPr>
    <w:r>
      <w:fldChar w:fldCharType="begin"/>
    </w:r>
    <w:r>
      <w:instrText>PAGE</w:instrText>
    </w:r>
    <w:r>
      <w:fldChar w:fldCharType="separate"/>
    </w:r>
    <w:r w:rsidR="00C3140B">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F9BF" w14:textId="77777777" w:rsidR="005743BD" w:rsidRDefault="005B7A0E">
    <w:pPr>
      <w:pStyle w:val="Footer"/>
      <w:jc w:val="center"/>
    </w:pPr>
    <w:r>
      <w:fldChar w:fldCharType="begin"/>
    </w:r>
    <w:r>
      <w:instrText>PAGE</w:instrText>
    </w:r>
    <w:r>
      <w:fldChar w:fldCharType="separate"/>
    </w:r>
    <w:r w:rsidR="00C3140B">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16CE" w14:textId="77777777" w:rsidR="005743BD" w:rsidRDefault="005B7A0E">
    <w:pPr>
      <w:pStyle w:val="Footer"/>
      <w:jc w:val="center"/>
    </w:pPr>
    <w:r>
      <w:fldChar w:fldCharType="begin"/>
    </w:r>
    <w:r>
      <w:instrText>PAGE</w:instrText>
    </w:r>
    <w:r>
      <w:fldChar w:fldCharType="separate"/>
    </w:r>
    <w:r w:rsidR="00C3140B">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E5C7" w14:textId="77777777" w:rsidR="005743BD" w:rsidRDefault="005B7A0E">
    <w:pPr>
      <w:pStyle w:val="Footer"/>
      <w:jc w:val="center"/>
    </w:pPr>
    <w:r>
      <w:fldChar w:fldCharType="begin"/>
    </w:r>
    <w:r>
      <w:instrText>PAGE</w:instrText>
    </w:r>
    <w:r>
      <w:fldChar w:fldCharType="separate"/>
    </w:r>
    <w:r w:rsidR="00C3140B">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044C" w14:textId="77777777" w:rsidR="005743BD" w:rsidRDefault="005B7A0E">
    <w:pPr>
      <w:pStyle w:val="Footer"/>
      <w:jc w:val="center"/>
    </w:pPr>
    <w:r>
      <w:fldChar w:fldCharType="begin"/>
    </w:r>
    <w:r>
      <w:instrText>PAGE</w:instrText>
    </w:r>
    <w:r>
      <w:fldChar w:fldCharType="separate"/>
    </w:r>
    <w:r w:rsidR="00C3140B">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C003" w14:textId="77777777" w:rsidR="005743BD" w:rsidRDefault="005B7A0E">
    <w:pPr>
      <w:pStyle w:val="Footer"/>
      <w:jc w:val="center"/>
    </w:pPr>
    <w:r>
      <w:fldChar w:fldCharType="begin"/>
    </w:r>
    <w:r>
      <w:instrText>PAGE</w:instrText>
    </w:r>
    <w:r>
      <w:fldChar w:fldCharType="separate"/>
    </w:r>
    <w:r w:rsidR="00C3140B">
      <w:rPr>
        <w:noProof/>
      </w:rP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1220" w14:textId="77777777" w:rsidR="005743BD" w:rsidRDefault="005B7A0E">
    <w:pPr>
      <w:pStyle w:val="Footer"/>
      <w:jc w:val="center"/>
    </w:pPr>
    <w:r>
      <w:fldChar w:fldCharType="begin"/>
    </w:r>
    <w:r>
      <w:instrText>PAGE</w:instrText>
    </w:r>
    <w:r>
      <w:fldChar w:fldCharType="separate"/>
    </w:r>
    <w:r w:rsidR="00C3140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9B442" w14:textId="77777777" w:rsidR="00A73C64" w:rsidRDefault="00A73C64">
      <w:pPr>
        <w:spacing w:after="0" w:line="240" w:lineRule="auto"/>
      </w:pPr>
      <w:r>
        <w:separator/>
      </w:r>
    </w:p>
  </w:footnote>
  <w:footnote w:type="continuationSeparator" w:id="0">
    <w:p w14:paraId="4F9CC968" w14:textId="77777777" w:rsidR="00A73C64" w:rsidRDefault="00A73C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2665318">
    <w:abstractNumId w:val="8"/>
  </w:num>
  <w:num w:numId="2" w16cid:durableId="1832987569">
    <w:abstractNumId w:val="6"/>
  </w:num>
  <w:num w:numId="3" w16cid:durableId="106004089">
    <w:abstractNumId w:val="5"/>
  </w:num>
  <w:num w:numId="4" w16cid:durableId="1608657550">
    <w:abstractNumId w:val="4"/>
  </w:num>
  <w:num w:numId="5" w16cid:durableId="327174505">
    <w:abstractNumId w:val="7"/>
  </w:num>
  <w:num w:numId="6" w16cid:durableId="1038357826">
    <w:abstractNumId w:val="3"/>
  </w:num>
  <w:num w:numId="7" w16cid:durableId="2144231461">
    <w:abstractNumId w:val="2"/>
  </w:num>
  <w:num w:numId="8" w16cid:durableId="1863742925">
    <w:abstractNumId w:val="1"/>
  </w:num>
  <w:num w:numId="9" w16cid:durableId="2097094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49FB"/>
    <w:rsid w:val="005743BD"/>
    <w:rsid w:val="005B7A0E"/>
    <w:rsid w:val="00951E85"/>
    <w:rsid w:val="00A73C64"/>
    <w:rsid w:val="00AA1D8D"/>
    <w:rsid w:val="00B47730"/>
    <w:rsid w:val="00BB2909"/>
    <w:rsid w:val="00BC270D"/>
    <w:rsid w:val="00BD0DD0"/>
    <w:rsid w:val="00BE1419"/>
    <w:rsid w:val="00C3140B"/>
    <w:rsid w:val="00CB0664"/>
    <w:rsid w:val="00CD0204"/>
    <w:rsid w:val="00E07A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4E2589"/>
  <w14:defaultImageDpi w14:val="300"/>
  <w15:docId w15:val="{88EE8681-A98E-43E5-8064-9EE654DE2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Bitstream Charter" w:eastAsia="Bitstream Charter" w:hAnsi="Bitstream Charter"/>
      <w:color w:val="000000"/>
      <w:sz w:val="26"/>
    </w:rPr>
  </w:style>
  <w:style w:type="paragraph" w:styleId="Heading1">
    <w:name w:val="heading 1"/>
    <w:basedOn w:val="Normal"/>
    <w:next w:val="Normal"/>
    <w:link w:val="Heading1Char"/>
    <w:uiPriority w:val="9"/>
    <w:qFormat/>
    <w:rsid w:val="00FC693F"/>
    <w:pPr>
      <w:keepNext/>
      <w:keepLines/>
      <w:spacing w:after="400"/>
      <w:outlineLvl w:val="0"/>
    </w:pPr>
    <w:rPr>
      <w:rFonts w:cstheme="majorBidi"/>
      <w:b/>
      <w:bCs/>
      <w:sz w:val="42"/>
      <w:szCs w:val="28"/>
    </w:rPr>
  </w:style>
  <w:style w:type="paragraph" w:styleId="Heading2">
    <w:name w:val="heading 2"/>
    <w:basedOn w:val="Normal"/>
    <w:next w:val="Normal"/>
    <w:link w:val="Heading2Char"/>
    <w:uiPriority w:val="9"/>
    <w:unhideWhenUsed/>
    <w:qFormat/>
    <w:rsid w:val="00FC693F"/>
    <w:pPr>
      <w:keepNext/>
      <w:keepLines/>
      <w:spacing w:after="400"/>
      <w:outlineLvl w:val="1"/>
    </w:pPr>
    <w:rPr>
      <w:rFonts w:cstheme="majorBidi"/>
      <w:b/>
      <w:bCs/>
      <w:sz w:val="34"/>
      <w:szCs w:val="26"/>
    </w:rPr>
  </w:style>
  <w:style w:type="paragraph" w:styleId="Heading3">
    <w:name w:val="heading 3"/>
    <w:basedOn w:val="Normal"/>
    <w:next w:val="Normal"/>
    <w:link w:val="Heading3Char"/>
    <w:uiPriority w:val="9"/>
    <w:unhideWhenUsed/>
    <w:qFormat/>
    <w:rsid w:val="00FC693F"/>
    <w:pPr>
      <w:keepNext/>
      <w:keepLines/>
      <w:spacing w:after="400"/>
      <w:outlineLvl w:val="2"/>
    </w:pPr>
    <w:rPr>
      <w:rFonts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20"/>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0" w:line="240" w:lineRule="auto"/>
      <w:contextualSpacing/>
    </w:pPr>
    <w:rPr>
      <w:rFonts w:cstheme="majorBidi"/>
      <w:b/>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hyperlink" Target="https://StephanieMayberry.com" TargetMode="Externa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hyperlink" Target="https://bridgetotruth.com/" TargetMode="Externa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hyperlink" Target="https://www.facebook.com/stephanie.a.mayber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apostolicsabbathkeepers.org/" TargetMode="Externa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yperlink" Target="https://torahobservantapostolic.org/sabbath-kids-of-toa/"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torahobservantapostolic.org/stor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6.xml"/><Relationship Id="rId22" Type="http://schemas.openxmlformats.org/officeDocument/2006/relationships/hyperlink" Target="https://torahobservantapostolic.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88</Pages>
  <Words>12811</Words>
  <Characters>73026</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Steps to a Godly Marriage</dc:title>
  <dc:subject>Revised second edition</dc:subject>
  <dc:creator>Stephanie A. Mayberry</dc:creator>
  <cp:keywords/>
  <dc:description/>
  <cp:lastModifiedBy>Stephanie Mayberry</cp:lastModifiedBy>
  <cp:revision>6</cp:revision>
  <dcterms:created xsi:type="dcterms:W3CDTF">2026-10-19T08:09:00Z</dcterms:created>
  <dcterms:modified xsi:type="dcterms:W3CDTF">2026-10-19T09:09:00Z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b7b36d04f00968c0d5900b78def7bddbcd22cde7bc65940cfacd3b835dbdac89</vt:lpwstr>
  </property>
</Properties>
</file>